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DA5D" w14:textId="77777777" w:rsidR="00E2579D" w:rsidRDefault="001F2B9C">
      <w:pPr>
        <w:jc w:val="center"/>
      </w:pPr>
      <w:r>
        <w:rPr>
          <w:noProof/>
        </w:rPr>
        <w:drawing>
          <wp:inline distT="0" distB="0" distL="0" distR="0" wp14:anchorId="75E1B520" wp14:editId="6EEE7662">
            <wp:extent cx="1080000" cy="701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1819" w14:textId="77777777" w:rsidR="00E2579D" w:rsidRPr="00BE2EFB" w:rsidRDefault="001F2B9C">
      <w:pPr>
        <w:jc w:val="center"/>
        <w:rPr>
          <w:lang w:val="lv-LV"/>
        </w:rPr>
      </w:pPr>
      <w:r w:rsidRPr="00BE2EFB">
        <w:rPr>
          <w:b/>
          <w:sz w:val="21"/>
          <w:lang w:val="lv-LV"/>
        </w:rPr>
        <w:t>PROFESIONĀLĀS IEVIRZES IZGLĪTĪBAS IESTĀDE</w:t>
      </w:r>
    </w:p>
    <w:p w14:paraId="7C3749B9" w14:textId="77777777" w:rsidR="00E2579D" w:rsidRPr="00BE2EFB" w:rsidRDefault="001F2B9C">
      <w:pPr>
        <w:jc w:val="center"/>
        <w:rPr>
          <w:lang w:val="lv-LV"/>
        </w:rPr>
      </w:pPr>
      <w:r w:rsidRPr="00BE2EFB">
        <w:rPr>
          <w:b/>
          <w:sz w:val="24"/>
          <w:lang w:val="lv-LV"/>
        </w:rPr>
        <w:t>HOKEJA SKOLA “KURBADS”</w:t>
      </w:r>
    </w:p>
    <w:p w14:paraId="70144BD2" w14:textId="77777777" w:rsidR="00E2579D" w:rsidRPr="00BE2EFB" w:rsidRDefault="001F2B9C">
      <w:pPr>
        <w:pBdr>
          <w:bottom w:val="single" w:sz="8" w:space="1" w:color="7F7F7F"/>
        </w:pBdr>
        <w:spacing w:after="40"/>
        <w:jc w:val="center"/>
        <w:rPr>
          <w:lang w:val="lv-LV"/>
        </w:rPr>
      </w:pPr>
      <w:proofErr w:type="spellStart"/>
      <w:r w:rsidRPr="00BE2EFB">
        <w:rPr>
          <w:sz w:val="16"/>
          <w:lang w:val="lv-LV"/>
        </w:rPr>
        <w:t>Reģ</w:t>
      </w:r>
      <w:proofErr w:type="spellEnd"/>
      <w:r w:rsidRPr="00BE2EFB">
        <w:rPr>
          <w:sz w:val="16"/>
          <w:lang w:val="lv-LV"/>
        </w:rPr>
        <w:t xml:space="preserve">. Nr. 40008257796 • </w:t>
      </w:r>
      <w:proofErr w:type="spellStart"/>
      <w:r w:rsidRPr="00BE2EFB">
        <w:rPr>
          <w:sz w:val="16"/>
          <w:lang w:val="lv-LV"/>
        </w:rPr>
        <w:t>Mazjumpravas</w:t>
      </w:r>
      <w:proofErr w:type="spellEnd"/>
      <w:r w:rsidRPr="00BE2EFB">
        <w:rPr>
          <w:sz w:val="16"/>
          <w:lang w:val="lv-LV"/>
        </w:rPr>
        <w:t xml:space="preserve"> iela 24, Rīga, LV-1063 • skola@kurbads.lv</w:t>
      </w:r>
    </w:p>
    <w:p w14:paraId="55AD9CD1" w14:textId="5139CE7E" w:rsidR="00E2579D" w:rsidRPr="00BE2EFB" w:rsidRDefault="001F2B9C">
      <w:pPr>
        <w:spacing w:before="60" w:after="40"/>
        <w:jc w:val="right"/>
        <w:rPr>
          <w:lang w:val="lv-LV"/>
        </w:rPr>
      </w:pPr>
      <w:r w:rsidRPr="00BE2EFB">
        <w:rPr>
          <w:b/>
          <w:lang w:val="lv-LV"/>
        </w:rPr>
        <w:t>Profesionālās ievirzes izglītības iestādes</w:t>
      </w:r>
      <w:r w:rsidRPr="00BE2EFB">
        <w:rPr>
          <w:b/>
          <w:lang w:val="lv-LV"/>
        </w:rPr>
        <w:br/>
        <w:t>Hokeja skola “Kurbads” vadītājam</w:t>
      </w:r>
      <w:r w:rsidR="00BE2EFB">
        <w:rPr>
          <w:b/>
          <w:lang w:val="lv-LV"/>
        </w:rPr>
        <w:t>/direktoram</w:t>
      </w:r>
    </w:p>
    <w:p w14:paraId="18AE781F" w14:textId="77777777" w:rsidR="00BE2EFB" w:rsidRPr="00BE2EFB" w:rsidRDefault="00BE2EFB">
      <w:pPr>
        <w:spacing w:before="40" w:after="60"/>
        <w:jc w:val="center"/>
        <w:rPr>
          <w:b/>
          <w:sz w:val="24"/>
          <w:lang w:val="lv-LV"/>
        </w:rPr>
      </w:pPr>
    </w:p>
    <w:p w14:paraId="0065DC90" w14:textId="21CEE185" w:rsidR="00E2579D" w:rsidRPr="00BE2EFB" w:rsidRDefault="001F2B9C">
      <w:pPr>
        <w:spacing w:before="40" w:after="60"/>
        <w:jc w:val="center"/>
        <w:rPr>
          <w:lang w:val="lv-LV"/>
        </w:rPr>
      </w:pPr>
      <w:r w:rsidRPr="00BE2EFB">
        <w:rPr>
          <w:b/>
          <w:sz w:val="24"/>
          <w:lang w:val="lv-LV"/>
        </w:rPr>
        <w:t>IESNIEGUMS</w:t>
      </w:r>
      <w:r w:rsidRPr="00BE2EFB">
        <w:rPr>
          <w:sz w:val="17"/>
          <w:lang w:val="lv-LV"/>
        </w:rPr>
        <w:br/>
        <w:t xml:space="preserve">par </w:t>
      </w:r>
      <w:r w:rsidRPr="00BE2EFB">
        <w:rPr>
          <w:b/>
          <w:bCs/>
          <w:sz w:val="17"/>
          <w:lang w:val="lv-LV"/>
        </w:rPr>
        <w:t>atskaitīšanu</w:t>
      </w:r>
      <w:r w:rsidRPr="00BE2EFB">
        <w:rPr>
          <w:sz w:val="17"/>
          <w:lang w:val="lv-LV"/>
        </w:rPr>
        <w:t xml:space="preserve"> no profesionālās ievirzes izglītības programmas apguves</w:t>
      </w:r>
    </w:p>
    <w:p w14:paraId="5ECB4399" w14:textId="77777777" w:rsidR="00E2579D" w:rsidRPr="00BE2EFB" w:rsidRDefault="001F2B9C">
      <w:pPr>
        <w:spacing w:before="60" w:after="20"/>
        <w:rPr>
          <w:lang w:val="lv-LV"/>
        </w:rPr>
      </w:pPr>
      <w:r w:rsidRPr="00BE2EFB">
        <w:rPr>
          <w:b/>
          <w:lang w:val="lv-LV"/>
        </w:rPr>
        <w:t>Likumiskais pārstāvis</w:t>
      </w:r>
    </w:p>
    <w:tbl>
      <w:tblPr>
        <w:tblStyle w:val="Reatab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E2579D" w:rsidRPr="00BE2EFB" w14:paraId="5227107F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ED22C5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Vārds, uzvārds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5BADCB" w14:textId="7842F7B4" w:rsidR="00E2579D" w:rsidRPr="00BE2EFB" w:rsidRDefault="00E2579D">
            <w:pPr>
              <w:rPr>
                <w:lang w:val="lv-LV"/>
              </w:rPr>
            </w:pPr>
          </w:p>
        </w:tc>
      </w:tr>
      <w:tr w:rsidR="00E2579D" w:rsidRPr="00BE2EFB" w14:paraId="526D1E69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B0CA7A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E-pasts / e-adrese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548B33" w14:textId="3C25A84E" w:rsidR="00E2579D" w:rsidRPr="00BE2EFB" w:rsidRDefault="00E2579D">
            <w:pPr>
              <w:rPr>
                <w:lang w:val="lv-LV"/>
              </w:rPr>
            </w:pPr>
          </w:p>
        </w:tc>
      </w:tr>
      <w:tr w:rsidR="00E2579D" w:rsidRPr="00BE2EFB" w14:paraId="032FC7DC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477CA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Tālrunis (saziņai, pēc izvēles)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E44B76" w14:textId="0BB6922E" w:rsidR="00E2579D" w:rsidRPr="00BE2EFB" w:rsidRDefault="00E2579D">
            <w:pPr>
              <w:rPr>
                <w:lang w:val="lv-LV"/>
              </w:rPr>
            </w:pPr>
          </w:p>
        </w:tc>
      </w:tr>
    </w:tbl>
    <w:p w14:paraId="5B12FC2A" w14:textId="77777777" w:rsidR="00E2579D" w:rsidRPr="00BE2EFB" w:rsidRDefault="001F2B9C">
      <w:pPr>
        <w:spacing w:before="60" w:after="20"/>
        <w:rPr>
          <w:lang w:val="lv-LV"/>
        </w:rPr>
      </w:pPr>
      <w:r w:rsidRPr="00BE2EFB">
        <w:rPr>
          <w:b/>
          <w:lang w:val="lv-LV"/>
        </w:rPr>
        <w:t>Informācija par izglītojamo</w:t>
      </w:r>
    </w:p>
    <w:tbl>
      <w:tblPr>
        <w:tblStyle w:val="Reatab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E2579D" w:rsidRPr="00BE2EFB" w14:paraId="4D845381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60CEC6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Vārds, uzvārds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E9418B" w14:textId="76129A04" w:rsidR="00E2579D" w:rsidRPr="00BE2EFB" w:rsidRDefault="00E2579D">
            <w:pPr>
              <w:rPr>
                <w:lang w:val="lv-LV"/>
              </w:rPr>
            </w:pPr>
          </w:p>
        </w:tc>
      </w:tr>
      <w:tr w:rsidR="00E2579D" w:rsidRPr="00BE2EFB" w14:paraId="7A6F06D0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845CD1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Personas kods (ja piešķirts)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9BFC7" w14:textId="42AB8B35" w:rsidR="00E2579D" w:rsidRPr="00BE2EFB" w:rsidRDefault="00E2579D">
            <w:pPr>
              <w:rPr>
                <w:lang w:val="lv-LV"/>
              </w:rPr>
            </w:pPr>
          </w:p>
        </w:tc>
      </w:tr>
      <w:tr w:rsidR="00E2579D" w:rsidRPr="00BE2EFB" w14:paraId="211D30A1" w14:textId="77777777">
        <w:trPr>
          <w:trHeight w:val="369"/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54B62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8"/>
                <w:lang w:val="lv-LV"/>
              </w:rPr>
              <w:t>Dzimšanas datums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99EC8" w14:textId="4A083E8E" w:rsidR="00E2579D" w:rsidRPr="00BE2EFB" w:rsidRDefault="00E2579D">
            <w:pPr>
              <w:rPr>
                <w:lang w:val="lv-LV"/>
              </w:rPr>
            </w:pPr>
          </w:p>
        </w:tc>
      </w:tr>
    </w:tbl>
    <w:p w14:paraId="7E96BE8D" w14:textId="77777777" w:rsidR="00BE2EFB" w:rsidRPr="00BE2EFB" w:rsidRDefault="00BE2EFB">
      <w:pPr>
        <w:spacing w:before="80" w:after="40"/>
        <w:rPr>
          <w:sz w:val="18"/>
          <w:lang w:val="lv-LV"/>
        </w:rPr>
      </w:pPr>
    </w:p>
    <w:p w14:paraId="77DF5F62" w14:textId="3954A04F" w:rsidR="00E2579D" w:rsidRPr="00BE2EFB" w:rsidRDefault="001F2B9C">
      <w:pPr>
        <w:spacing w:before="80" w:after="40"/>
        <w:rPr>
          <w:b/>
          <w:sz w:val="22"/>
          <w:lang w:val="lv-LV"/>
        </w:rPr>
      </w:pPr>
      <w:r w:rsidRPr="00BE2EFB">
        <w:rPr>
          <w:sz w:val="22"/>
          <w:lang w:val="lv-LV"/>
        </w:rPr>
        <w:t xml:space="preserve">Lūdzu ar _____._____.20____. </w:t>
      </w:r>
      <w:r w:rsidRPr="00BE2EFB">
        <w:rPr>
          <w:b/>
          <w:bCs/>
          <w:sz w:val="22"/>
          <w:lang w:val="lv-LV"/>
        </w:rPr>
        <w:t xml:space="preserve">atskaitīt </w:t>
      </w:r>
      <w:r w:rsidRPr="00BE2EFB">
        <w:rPr>
          <w:sz w:val="22"/>
          <w:lang w:val="lv-LV"/>
        </w:rPr>
        <w:t xml:space="preserve">iepriekš norādīto izglītojamo no profesionālās ievirzes sporta izglītības programmas </w:t>
      </w:r>
      <w:r w:rsidRPr="00BE2EFB">
        <w:rPr>
          <w:b/>
          <w:sz w:val="22"/>
          <w:lang w:val="lv-LV"/>
        </w:rPr>
        <w:t>“Hokejs”, kods 20V813001, apguves.</w:t>
      </w:r>
    </w:p>
    <w:p w14:paraId="7926E59D" w14:textId="77777777" w:rsidR="00BE2EFB" w:rsidRPr="00BE2EFB" w:rsidRDefault="00BE2EFB">
      <w:pPr>
        <w:spacing w:before="80" w:after="40"/>
        <w:rPr>
          <w:lang w:val="lv-LV"/>
        </w:rPr>
      </w:pPr>
    </w:p>
    <w:p w14:paraId="4F5B3D12" w14:textId="77777777" w:rsidR="00E2579D" w:rsidRPr="00BE2EFB" w:rsidRDefault="001F2B9C">
      <w:pPr>
        <w:spacing w:before="60" w:after="20"/>
        <w:rPr>
          <w:lang w:val="lv-LV"/>
        </w:rPr>
      </w:pPr>
      <w:r w:rsidRPr="00BE2EFB">
        <w:rPr>
          <w:b/>
          <w:lang w:val="lv-LV"/>
        </w:rPr>
        <w:t>Atskaitīšanas iemesls (norādāms obligāti)</w:t>
      </w:r>
    </w:p>
    <w:p w14:paraId="7A42A8C9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pāreja uz citu izglītības iestādi / sporta klubu</w:t>
      </w:r>
    </w:p>
    <w:p w14:paraId="6A5231A2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dzīvesvietas maiņa</w:t>
      </w:r>
    </w:p>
    <w:p w14:paraId="6E47158D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veselības apsvērumi</w:t>
      </w:r>
    </w:p>
    <w:p w14:paraId="3812AC2C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prioritāšu maiņa par labu vispārējās izglītības mācībām</w:t>
      </w:r>
    </w:p>
    <w:p w14:paraId="3F63E7D4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sporta nodarbību pārtraukšana</w:t>
      </w:r>
    </w:p>
    <w:p w14:paraId="76C193AB" w14:textId="77777777" w:rsidR="00E2579D" w:rsidRPr="00BE2EFB" w:rsidRDefault="001F2B9C">
      <w:pPr>
        <w:ind w:left="340"/>
        <w:rPr>
          <w:lang w:val="lv-LV"/>
        </w:rPr>
      </w:pPr>
      <w:r w:rsidRPr="00BE2EFB">
        <w:rPr>
          <w:sz w:val="18"/>
          <w:lang w:val="lv-LV"/>
        </w:rPr>
        <w:t>☐</w:t>
      </w:r>
      <w:r w:rsidRPr="00BE2EFB">
        <w:rPr>
          <w:sz w:val="18"/>
          <w:lang w:val="lv-LV"/>
        </w:rPr>
        <w:t xml:space="preserve"> cits iemesls: ________________________________________________________________</w:t>
      </w:r>
    </w:p>
    <w:p w14:paraId="1361E088" w14:textId="77777777" w:rsidR="00BE2EFB" w:rsidRPr="00BE2EFB" w:rsidRDefault="00BE2EFB">
      <w:pPr>
        <w:spacing w:before="60" w:after="40"/>
        <w:rPr>
          <w:sz w:val="18"/>
          <w:lang w:val="lv-LV"/>
        </w:rPr>
      </w:pPr>
    </w:p>
    <w:p w14:paraId="7B4AF749" w14:textId="2CEF8D63" w:rsidR="00E2579D" w:rsidRPr="00BE2EFB" w:rsidRDefault="001F2B9C">
      <w:pPr>
        <w:spacing w:before="60" w:after="40"/>
        <w:rPr>
          <w:sz w:val="18"/>
          <w:lang w:val="lv-LV"/>
        </w:rPr>
      </w:pPr>
      <w:r w:rsidRPr="00BE2EFB">
        <w:rPr>
          <w:sz w:val="18"/>
          <w:lang w:val="lv-LV"/>
        </w:rPr>
        <w:t xml:space="preserve">Apliecinu, ka iesniegumā norādītā informācija ir patiesa. </w:t>
      </w:r>
    </w:p>
    <w:p w14:paraId="61B16E90" w14:textId="77777777" w:rsidR="00BE2EFB" w:rsidRPr="00BE2EFB" w:rsidRDefault="00BE2EFB">
      <w:pPr>
        <w:spacing w:before="60" w:after="40"/>
        <w:rPr>
          <w:lang w:val="lv-LV"/>
        </w:rPr>
      </w:pP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3546"/>
        <w:gridCol w:w="3548"/>
        <w:gridCol w:w="3548"/>
      </w:tblGrid>
      <w:tr w:rsidR="00E2579D" w:rsidRPr="00BE2EFB" w14:paraId="3B865F97" w14:textId="77777777">
        <w:trPr>
          <w:jc w:val="center"/>
        </w:trPr>
        <w:tc>
          <w:tcPr>
            <w:tcW w:w="3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FDA894" w14:textId="77777777" w:rsidR="00E2579D" w:rsidRPr="00BE2EFB" w:rsidRDefault="001F2B9C">
            <w:pPr>
              <w:jc w:val="center"/>
              <w:rPr>
                <w:lang w:val="lv-LV"/>
              </w:rPr>
            </w:pPr>
            <w:r w:rsidRPr="00BE2EFB">
              <w:rPr>
                <w:sz w:val="17"/>
                <w:lang w:val="lv-LV"/>
              </w:rPr>
              <w:t>Datums</w:t>
            </w:r>
            <w:r w:rsidRPr="00BE2EFB">
              <w:rPr>
                <w:sz w:val="17"/>
                <w:lang w:val="lv-LV"/>
              </w:rPr>
              <w:br/>
              <w:t>20____. gada ____. ______________</w:t>
            </w:r>
          </w:p>
        </w:tc>
        <w:tc>
          <w:tcPr>
            <w:tcW w:w="3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38EF62" w14:textId="77777777" w:rsidR="00E2579D" w:rsidRPr="00BE2EFB" w:rsidRDefault="001F2B9C">
            <w:pPr>
              <w:jc w:val="center"/>
              <w:rPr>
                <w:lang w:val="lv-LV"/>
              </w:rPr>
            </w:pPr>
            <w:r w:rsidRPr="00BE2EFB">
              <w:rPr>
                <w:sz w:val="17"/>
                <w:lang w:val="lv-LV"/>
              </w:rPr>
              <w:t>Paraksts</w:t>
            </w:r>
            <w:r w:rsidRPr="00BE2EFB">
              <w:rPr>
                <w:sz w:val="17"/>
                <w:lang w:val="lv-LV"/>
              </w:rPr>
              <w:br/>
              <w:t>________________________</w:t>
            </w:r>
          </w:p>
        </w:tc>
        <w:tc>
          <w:tcPr>
            <w:tcW w:w="3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447696" w14:textId="77777777" w:rsidR="00E2579D" w:rsidRPr="00BE2EFB" w:rsidRDefault="001F2B9C">
            <w:pPr>
              <w:jc w:val="center"/>
              <w:rPr>
                <w:lang w:val="lv-LV"/>
              </w:rPr>
            </w:pPr>
            <w:r w:rsidRPr="00BE2EFB">
              <w:rPr>
                <w:sz w:val="17"/>
                <w:lang w:val="lv-LV"/>
              </w:rPr>
              <w:t>Vārds, uzvārds</w:t>
            </w:r>
            <w:r w:rsidRPr="00BE2EFB">
              <w:rPr>
                <w:sz w:val="17"/>
                <w:lang w:val="lv-LV"/>
              </w:rPr>
              <w:br/>
              <w:t>________________________</w:t>
            </w:r>
          </w:p>
        </w:tc>
      </w:tr>
    </w:tbl>
    <w:p w14:paraId="5C8CC2DE" w14:textId="77777777" w:rsidR="00BE2EFB" w:rsidRPr="00BE2EFB" w:rsidRDefault="00BE2EFB">
      <w:pPr>
        <w:spacing w:before="60" w:after="20"/>
        <w:rPr>
          <w:b/>
          <w:lang w:val="lv-LV"/>
        </w:rPr>
      </w:pPr>
    </w:p>
    <w:p w14:paraId="271E4491" w14:textId="77777777" w:rsidR="00BE2EFB" w:rsidRPr="00BE2EFB" w:rsidRDefault="00BE2EFB">
      <w:pPr>
        <w:spacing w:before="60" w:after="20"/>
        <w:rPr>
          <w:b/>
          <w:lang w:val="lv-LV"/>
        </w:rPr>
      </w:pPr>
    </w:p>
    <w:p w14:paraId="2D0DEA84" w14:textId="1F1C98CA" w:rsidR="00E2579D" w:rsidRPr="00BE2EFB" w:rsidRDefault="001F2B9C">
      <w:pPr>
        <w:spacing w:before="60" w:after="20"/>
        <w:rPr>
          <w:lang w:val="lv-LV"/>
        </w:rPr>
      </w:pPr>
      <w:r w:rsidRPr="00BE2EFB">
        <w:rPr>
          <w:b/>
          <w:lang w:val="lv-LV"/>
        </w:rPr>
        <w:t>AIZPILDA HOKEJA SKOLA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21"/>
      </w:tblGrid>
      <w:tr w:rsidR="00E2579D" w:rsidRPr="00BE2EFB" w14:paraId="4B0C0C2B" w14:textId="77777777">
        <w:trPr>
          <w:jc w:val="center"/>
        </w:trPr>
        <w:tc>
          <w:tcPr>
            <w:tcW w:w="532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A8872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7"/>
                <w:lang w:val="lv-LV"/>
              </w:rPr>
              <w:t>Atskaitīšanas datums</w:t>
            </w:r>
          </w:p>
        </w:tc>
        <w:tc>
          <w:tcPr>
            <w:tcW w:w="532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8143A0" w14:textId="2A15F65B" w:rsidR="00E2579D" w:rsidRPr="00BE2EFB" w:rsidRDefault="001F2B9C">
            <w:pPr>
              <w:rPr>
                <w:lang w:val="lv-LV"/>
              </w:rPr>
            </w:pPr>
            <w:r w:rsidRPr="00BE2EFB">
              <w:rPr>
                <w:b/>
                <w:sz w:val="17"/>
                <w:lang w:val="lv-LV"/>
              </w:rPr>
              <w:t>Rīkojuma Nr. un datums</w:t>
            </w:r>
            <w:r w:rsidR="00BE2EFB" w:rsidRPr="00BE2EFB">
              <w:rPr>
                <w:b/>
                <w:sz w:val="17"/>
                <w:lang w:val="lv-LV"/>
              </w:rPr>
              <w:t xml:space="preserve">: </w:t>
            </w:r>
          </w:p>
        </w:tc>
      </w:tr>
      <w:tr w:rsidR="00E2579D" w:rsidRPr="00BE2EFB" w14:paraId="010B4717" w14:textId="77777777">
        <w:trPr>
          <w:jc w:val="center"/>
        </w:trPr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3BAC8F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sz w:val="17"/>
                <w:lang w:val="lv-LV"/>
              </w:rPr>
              <w:t>VIIS izmaiņas veiktas: ☐ jā</w:t>
            </w:r>
          </w:p>
        </w:tc>
        <w:tc>
          <w:tcPr>
            <w:tcW w:w="53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57A2BF" w14:textId="77777777" w:rsidR="00E2579D" w:rsidRPr="00BE2EFB" w:rsidRDefault="001F2B9C">
            <w:pPr>
              <w:rPr>
                <w:lang w:val="lv-LV"/>
              </w:rPr>
            </w:pPr>
            <w:r w:rsidRPr="00BE2EFB">
              <w:rPr>
                <w:sz w:val="17"/>
                <w:lang w:val="lv-LV"/>
              </w:rPr>
              <w:t>Piezīmes</w:t>
            </w:r>
          </w:p>
        </w:tc>
      </w:tr>
    </w:tbl>
    <w:p w14:paraId="61161EDA" w14:textId="77777777" w:rsidR="00BE2EFB" w:rsidRPr="00BE2EFB" w:rsidRDefault="00BE2EFB">
      <w:pPr>
        <w:spacing w:before="40"/>
        <w:rPr>
          <w:sz w:val="17"/>
          <w:lang w:val="lv-LV"/>
        </w:rPr>
      </w:pPr>
    </w:p>
    <w:p w14:paraId="2E5FF85B" w14:textId="77777777" w:rsidR="00BE2EFB" w:rsidRPr="00BE2EFB" w:rsidRDefault="00BE2EFB">
      <w:pPr>
        <w:spacing w:before="40"/>
        <w:rPr>
          <w:sz w:val="17"/>
          <w:lang w:val="lv-LV"/>
        </w:rPr>
      </w:pPr>
    </w:p>
    <w:p w14:paraId="28B2FEB2" w14:textId="28AA753A" w:rsidR="00E2579D" w:rsidRPr="00BE2EFB" w:rsidRDefault="001F2B9C">
      <w:pPr>
        <w:spacing w:before="40"/>
        <w:rPr>
          <w:lang w:val="lv-LV"/>
        </w:rPr>
      </w:pPr>
      <w:r w:rsidRPr="00BE2EFB">
        <w:rPr>
          <w:sz w:val="17"/>
          <w:lang w:val="lv-LV"/>
        </w:rPr>
        <w:t>Atbildīgā persona: ________________________________    Paraksts / datums: ________________________________</w:t>
      </w:r>
    </w:p>
    <w:sectPr w:rsidR="00E2579D" w:rsidRPr="00BE2EFB" w:rsidSect="00034616">
      <w:footerReference w:type="default" r:id="rId9"/>
      <w:pgSz w:w="12240" w:h="15840"/>
      <w:pgMar w:top="680" w:right="794" w:bottom="624" w:left="794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0E29" w14:textId="77777777" w:rsidR="001F2B9C" w:rsidRDefault="001F2B9C">
      <w:r>
        <w:separator/>
      </w:r>
    </w:p>
  </w:endnote>
  <w:endnote w:type="continuationSeparator" w:id="0">
    <w:p w14:paraId="1E7EEF08" w14:textId="77777777" w:rsidR="001F2B9C" w:rsidRDefault="001F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8EC3" w14:textId="77777777" w:rsidR="00E2579D" w:rsidRDefault="001F2B9C">
    <w:pPr>
      <w:pStyle w:val="Kjene"/>
      <w:jc w:val="center"/>
    </w:pPr>
    <w:r>
      <w:rPr>
        <w:sz w:val="15"/>
      </w:rPr>
      <w:t xml:space="preserve">HOKEJA SKOLA “KURBADS” • </w:t>
    </w:r>
    <w:proofErr w:type="spellStart"/>
    <w:r>
      <w:rPr>
        <w:sz w:val="15"/>
      </w:rPr>
      <w:t>Reģ</w:t>
    </w:r>
    <w:proofErr w:type="spellEnd"/>
    <w:r>
      <w:rPr>
        <w:sz w:val="15"/>
      </w:rPr>
      <w:t xml:space="preserve">. Nr. 40008257796 • </w:t>
    </w:r>
    <w:proofErr w:type="spellStart"/>
    <w:r>
      <w:rPr>
        <w:sz w:val="15"/>
      </w:rPr>
      <w:t>Mazjumpravas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iela</w:t>
    </w:r>
    <w:proofErr w:type="spellEnd"/>
    <w:r>
      <w:rPr>
        <w:sz w:val="15"/>
      </w:rPr>
      <w:t xml:space="preserve"> 24, </w:t>
    </w:r>
    <w:proofErr w:type="spellStart"/>
    <w:r>
      <w:rPr>
        <w:sz w:val="15"/>
      </w:rPr>
      <w:t>Rīga</w:t>
    </w:r>
    <w:proofErr w:type="spellEnd"/>
    <w:r>
      <w:rPr>
        <w:sz w:val="15"/>
      </w:rPr>
      <w:t>, LV-1063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86E8" w14:textId="77777777" w:rsidR="001F2B9C" w:rsidRDefault="001F2B9C">
      <w:r>
        <w:separator/>
      </w:r>
    </w:p>
  </w:footnote>
  <w:footnote w:type="continuationSeparator" w:id="0">
    <w:p w14:paraId="14163E72" w14:textId="77777777" w:rsidR="001F2B9C" w:rsidRDefault="001F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83409">
    <w:abstractNumId w:val="8"/>
  </w:num>
  <w:num w:numId="2" w16cid:durableId="1246765564">
    <w:abstractNumId w:val="6"/>
  </w:num>
  <w:num w:numId="3" w16cid:durableId="670259026">
    <w:abstractNumId w:val="5"/>
  </w:num>
  <w:num w:numId="4" w16cid:durableId="1506214422">
    <w:abstractNumId w:val="4"/>
  </w:num>
  <w:num w:numId="5" w16cid:durableId="82845366">
    <w:abstractNumId w:val="7"/>
  </w:num>
  <w:num w:numId="6" w16cid:durableId="1839228415">
    <w:abstractNumId w:val="3"/>
  </w:num>
  <w:num w:numId="7" w16cid:durableId="31272408">
    <w:abstractNumId w:val="2"/>
  </w:num>
  <w:num w:numId="8" w16cid:durableId="374428966">
    <w:abstractNumId w:val="1"/>
  </w:num>
  <w:num w:numId="9" w16cid:durableId="211000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B9C"/>
    <w:rsid w:val="0029639D"/>
    <w:rsid w:val="00326F90"/>
    <w:rsid w:val="003565A3"/>
    <w:rsid w:val="005C1DBA"/>
    <w:rsid w:val="00AA1D8D"/>
    <w:rsid w:val="00B47730"/>
    <w:rsid w:val="00BE2EFB"/>
    <w:rsid w:val="00CB0664"/>
    <w:rsid w:val="00E257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7DD8C"/>
  <w14:defaultImageDpi w14:val="300"/>
  <w15:docId w15:val="{D4D9DDB8-A974-46A5-826F-F3F3E01E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Elīna Rudeviča</cp:lastModifiedBy>
  <cp:revision>2</cp:revision>
  <dcterms:created xsi:type="dcterms:W3CDTF">2026-11-01T18:54:00Z</dcterms:created>
  <dcterms:modified xsi:type="dcterms:W3CDTF">2026-11-01T18:54:00Z</dcterms:modified>
  <cp:category/>
</cp:coreProperties>
</file>