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7BE46" w14:textId="77777777" w:rsidR="00172E8F" w:rsidRDefault="000A35F7">
      <w:pPr>
        <w:spacing w:after="20"/>
        <w:jc w:val="center"/>
      </w:pPr>
      <w:r>
        <w:rPr>
          <w:noProof/>
        </w:rPr>
        <w:drawing>
          <wp:inline distT="0" distB="0" distL="0" distR="0" wp14:anchorId="26FDD447" wp14:editId="72C57B1C">
            <wp:extent cx="1368000" cy="75980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rbads_logo_dark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68000" cy="759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B79D1" w14:textId="77777777" w:rsidR="00172E8F" w:rsidRDefault="000A35F7">
      <w:pPr>
        <w:spacing w:after="0"/>
        <w:jc w:val="center"/>
      </w:pPr>
      <w:r>
        <w:rPr>
          <w:b/>
          <w:sz w:val="22"/>
        </w:rPr>
        <w:t>PROFESIONĀLĀS IEVIRZES IZGLĪTĪBAS IESTĀDE</w:t>
      </w:r>
    </w:p>
    <w:p w14:paraId="73AD2076" w14:textId="77777777" w:rsidR="00172E8F" w:rsidRDefault="000A35F7">
      <w:pPr>
        <w:spacing w:after="0"/>
        <w:jc w:val="center"/>
      </w:pPr>
      <w:r>
        <w:rPr>
          <w:b/>
          <w:sz w:val="30"/>
        </w:rPr>
        <w:t>HOKEJA SKOLA “KURBADS”</w:t>
      </w:r>
    </w:p>
    <w:p w14:paraId="53C35164" w14:textId="77777777" w:rsidR="00172E8F" w:rsidRDefault="000A35F7">
      <w:pPr>
        <w:spacing w:after="0"/>
        <w:jc w:val="center"/>
      </w:pPr>
      <w:r>
        <w:rPr>
          <w:sz w:val="17"/>
        </w:rPr>
        <w:t>Reģ. Nr. 40008257796  •  Mazjumpravas iela 24, Rīga, LV-1063  •  skola@kurbads.lv</w:t>
      </w:r>
    </w:p>
    <w:p w14:paraId="0716535B" w14:textId="37432706" w:rsidR="00172E8F" w:rsidRPr="00174D75" w:rsidRDefault="000A35F7">
      <w:pPr>
        <w:spacing w:after="40"/>
        <w:rPr>
          <w:lang w:val="lv-LV"/>
        </w:rPr>
      </w:pPr>
      <w:r w:rsidRPr="00174D75">
        <w:rPr>
          <w:sz w:val="14"/>
          <w:lang w:val="lv-LV"/>
        </w:rPr>
        <w:t>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  <w:r w:rsidR="00174D75" w:rsidRPr="00174D75">
        <w:rPr>
          <w:sz w:val="14"/>
          <w:lang w:val="lv-LV"/>
        </w:rPr>
        <w:t>------------------------------------------------------------------------------</w:t>
      </w:r>
    </w:p>
    <w:p w14:paraId="7E887E5B" w14:textId="50905520" w:rsidR="00172E8F" w:rsidRPr="00174D75" w:rsidRDefault="000A35F7">
      <w:pPr>
        <w:spacing w:after="60"/>
        <w:jc w:val="right"/>
        <w:rPr>
          <w:lang w:val="lv-LV"/>
        </w:rPr>
      </w:pPr>
      <w:r w:rsidRPr="00174D75">
        <w:rPr>
          <w:b/>
          <w:lang w:val="lv-LV"/>
        </w:rPr>
        <w:t>Profesionālās ievirzes izglītības iestādes</w:t>
      </w:r>
      <w:r w:rsidRPr="00174D75">
        <w:rPr>
          <w:b/>
          <w:lang w:val="lv-LV"/>
        </w:rPr>
        <w:br/>
        <w:t xml:space="preserve">Hokeja skola “Kurbads” </w:t>
      </w:r>
      <w:proofErr w:type="spellStart"/>
      <w:r w:rsidR="00174D75" w:rsidRPr="00174D75">
        <w:rPr>
          <w:b/>
          <w:lang w:val="lv-LV"/>
        </w:rPr>
        <w:t>direkotram</w:t>
      </w:r>
      <w:proofErr w:type="spellEnd"/>
      <w:r w:rsidR="00174D75" w:rsidRPr="00174D75">
        <w:rPr>
          <w:b/>
          <w:lang w:val="lv-LV"/>
        </w:rPr>
        <w:t>/vadītājam</w:t>
      </w:r>
    </w:p>
    <w:p w14:paraId="55646105" w14:textId="77777777" w:rsidR="00172E8F" w:rsidRPr="00174D75" w:rsidRDefault="000A35F7">
      <w:pPr>
        <w:spacing w:before="40" w:after="100"/>
        <w:jc w:val="center"/>
        <w:rPr>
          <w:lang w:val="lv-LV"/>
        </w:rPr>
      </w:pPr>
      <w:r w:rsidRPr="00174D75">
        <w:rPr>
          <w:b/>
          <w:sz w:val="28"/>
          <w:lang w:val="lv-LV"/>
        </w:rPr>
        <w:t>IESNIEGUMS PAR UZŅEMŠANU</w:t>
      </w:r>
    </w:p>
    <w:p w14:paraId="06EACF51" w14:textId="29A2D9C1" w:rsidR="00172E8F" w:rsidRDefault="000A35F7" w:rsidP="00174D75">
      <w:pPr>
        <w:spacing w:after="0" w:line="240" w:lineRule="auto"/>
        <w:rPr>
          <w:lang w:val="lv-LV"/>
        </w:rPr>
      </w:pPr>
      <w:r w:rsidRPr="00174D75">
        <w:rPr>
          <w:lang w:val="lv-LV"/>
        </w:rPr>
        <w:t xml:space="preserve">Lūdzu </w:t>
      </w:r>
      <w:r w:rsidRPr="00174D75">
        <w:rPr>
          <w:b/>
          <w:bCs/>
          <w:lang w:val="lv-LV"/>
        </w:rPr>
        <w:t>uzņemt</w:t>
      </w:r>
      <w:r w:rsidRPr="00174D75">
        <w:rPr>
          <w:lang w:val="lv-LV"/>
        </w:rPr>
        <w:t xml:space="preserve"> </w:t>
      </w:r>
      <w:r w:rsidRPr="00174D75">
        <w:rPr>
          <w:b/>
          <w:lang w:val="lv-LV"/>
        </w:rPr>
        <w:t>izglītojamo</w:t>
      </w:r>
      <w:r w:rsidRPr="00174D75">
        <w:rPr>
          <w:lang w:val="lv-LV"/>
        </w:rPr>
        <w:t xml:space="preserve"> profesionālās ievirzes sporta izglītības programmā “Hokejs”, kods 20V813001</w:t>
      </w:r>
    </w:p>
    <w:p w14:paraId="4EA4182D" w14:textId="77777777" w:rsidR="00174D75" w:rsidRPr="00174D75" w:rsidRDefault="00174D75" w:rsidP="00174D75">
      <w:pPr>
        <w:spacing w:after="0" w:line="240" w:lineRule="auto"/>
        <w:rPr>
          <w:lang w:val="lv-LV"/>
        </w:rPr>
      </w:pPr>
    </w:p>
    <w:p w14:paraId="43053E71" w14:textId="372B1CA1" w:rsidR="00174D75" w:rsidRPr="00174D75" w:rsidRDefault="000A35F7" w:rsidP="00174D75">
      <w:pPr>
        <w:pStyle w:val="Sarakstarindkopa"/>
        <w:numPr>
          <w:ilvl w:val="0"/>
          <w:numId w:val="10"/>
        </w:numPr>
        <w:spacing w:after="0" w:line="240" w:lineRule="auto"/>
        <w:rPr>
          <w:b/>
          <w:lang w:val="lv-LV"/>
        </w:rPr>
      </w:pPr>
      <w:r w:rsidRPr="00174D75">
        <w:rPr>
          <w:b/>
          <w:lang w:val="lv-LV"/>
        </w:rPr>
        <w:t>INFORMĀCIJA PAR IZGLĪTOJAMO</w:t>
      </w:r>
    </w:p>
    <w:tbl>
      <w:tblPr>
        <w:tblStyle w:val="Reatabula"/>
        <w:tblW w:w="0" w:type="auto"/>
        <w:jc w:val="center"/>
        <w:tblLook w:val="04A0" w:firstRow="1" w:lastRow="0" w:firstColumn="1" w:lastColumn="0" w:noHBand="0" w:noVBand="1"/>
      </w:tblPr>
      <w:tblGrid>
        <w:gridCol w:w="2948"/>
        <w:gridCol w:w="5270"/>
      </w:tblGrid>
      <w:tr w:rsidR="00172E8F" w:rsidRPr="00174D75" w14:paraId="21DB9391" w14:textId="77777777">
        <w:trPr>
          <w:jc w:val="center"/>
        </w:trPr>
        <w:tc>
          <w:tcPr>
            <w:tcW w:w="2948" w:type="dxa"/>
            <w:vAlign w:val="center"/>
          </w:tcPr>
          <w:p w14:paraId="5D14957E" w14:textId="77777777" w:rsidR="00172E8F" w:rsidRPr="00174D75" w:rsidRDefault="000A35F7" w:rsidP="00174D75">
            <w:pPr>
              <w:rPr>
                <w:lang w:val="lv-LV"/>
              </w:rPr>
            </w:pPr>
            <w:r w:rsidRPr="00174D75">
              <w:rPr>
                <w:b/>
                <w:lang w:val="lv-LV"/>
              </w:rPr>
              <w:t>V</w:t>
            </w:r>
            <w:r w:rsidRPr="00174D75">
              <w:rPr>
                <w:b/>
                <w:lang w:val="lv-LV"/>
              </w:rPr>
              <w:t>ārds, uzvārds</w:t>
            </w:r>
          </w:p>
        </w:tc>
        <w:tc>
          <w:tcPr>
            <w:tcW w:w="5270" w:type="dxa"/>
            <w:vAlign w:val="center"/>
          </w:tcPr>
          <w:p w14:paraId="79B7F915" w14:textId="77777777" w:rsidR="00172E8F" w:rsidRPr="00174D75" w:rsidRDefault="00172E8F" w:rsidP="00174D75">
            <w:pPr>
              <w:rPr>
                <w:lang w:val="lv-LV"/>
              </w:rPr>
            </w:pPr>
          </w:p>
        </w:tc>
      </w:tr>
      <w:tr w:rsidR="00172E8F" w:rsidRPr="00174D75" w14:paraId="469F1A06" w14:textId="77777777">
        <w:trPr>
          <w:jc w:val="center"/>
        </w:trPr>
        <w:tc>
          <w:tcPr>
            <w:tcW w:w="2948" w:type="dxa"/>
            <w:vAlign w:val="center"/>
          </w:tcPr>
          <w:p w14:paraId="7FB8DBBE" w14:textId="77777777" w:rsidR="00172E8F" w:rsidRPr="00174D75" w:rsidRDefault="000A35F7" w:rsidP="00174D75">
            <w:pPr>
              <w:rPr>
                <w:lang w:val="lv-LV"/>
              </w:rPr>
            </w:pPr>
            <w:r w:rsidRPr="00174D75">
              <w:rPr>
                <w:b/>
                <w:lang w:val="lv-LV"/>
              </w:rPr>
              <w:t>Personas kods (ja piešķirts)</w:t>
            </w:r>
          </w:p>
        </w:tc>
        <w:tc>
          <w:tcPr>
            <w:tcW w:w="5270" w:type="dxa"/>
            <w:vAlign w:val="center"/>
          </w:tcPr>
          <w:p w14:paraId="71D2FF75" w14:textId="77777777" w:rsidR="00172E8F" w:rsidRPr="00174D75" w:rsidRDefault="00172E8F" w:rsidP="00174D75">
            <w:pPr>
              <w:rPr>
                <w:lang w:val="lv-LV"/>
              </w:rPr>
            </w:pPr>
          </w:p>
        </w:tc>
      </w:tr>
      <w:tr w:rsidR="00172E8F" w:rsidRPr="00174D75" w14:paraId="7789F82C" w14:textId="77777777">
        <w:trPr>
          <w:jc w:val="center"/>
        </w:trPr>
        <w:tc>
          <w:tcPr>
            <w:tcW w:w="2948" w:type="dxa"/>
            <w:vAlign w:val="center"/>
          </w:tcPr>
          <w:p w14:paraId="60B62F05" w14:textId="77777777" w:rsidR="00172E8F" w:rsidRPr="00174D75" w:rsidRDefault="000A35F7" w:rsidP="00174D75">
            <w:pPr>
              <w:rPr>
                <w:lang w:val="lv-LV"/>
              </w:rPr>
            </w:pPr>
            <w:r w:rsidRPr="00174D75">
              <w:rPr>
                <w:b/>
                <w:lang w:val="lv-LV"/>
              </w:rPr>
              <w:t>Dzimšanas datums</w:t>
            </w:r>
          </w:p>
        </w:tc>
        <w:tc>
          <w:tcPr>
            <w:tcW w:w="5270" w:type="dxa"/>
            <w:vAlign w:val="center"/>
          </w:tcPr>
          <w:p w14:paraId="4836C0A9" w14:textId="77777777" w:rsidR="00172E8F" w:rsidRPr="00174D75" w:rsidRDefault="00172E8F" w:rsidP="00174D75">
            <w:pPr>
              <w:rPr>
                <w:lang w:val="lv-LV"/>
              </w:rPr>
            </w:pPr>
          </w:p>
        </w:tc>
      </w:tr>
      <w:tr w:rsidR="00172E8F" w:rsidRPr="00174D75" w14:paraId="272F7B61" w14:textId="77777777">
        <w:trPr>
          <w:jc w:val="center"/>
        </w:trPr>
        <w:tc>
          <w:tcPr>
            <w:tcW w:w="2948" w:type="dxa"/>
            <w:vAlign w:val="center"/>
          </w:tcPr>
          <w:p w14:paraId="03029597" w14:textId="77777777" w:rsidR="00172E8F" w:rsidRPr="00174D75" w:rsidRDefault="000A35F7" w:rsidP="00174D75">
            <w:pPr>
              <w:rPr>
                <w:lang w:val="lv-LV"/>
              </w:rPr>
            </w:pPr>
            <w:r w:rsidRPr="00174D75">
              <w:rPr>
                <w:b/>
                <w:lang w:val="lv-LV"/>
              </w:rPr>
              <w:t>Deklarētās dzīvesvietas adrese</w:t>
            </w:r>
          </w:p>
        </w:tc>
        <w:tc>
          <w:tcPr>
            <w:tcW w:w="5270" w:type="dxa"/>
            <w:vAlign w:val="center"/>
          </w:tcPr>
          <w:p w14:paraId="15318106" w14:textId="77777777" w:rsidR="00172E8F" w:rsidRPr="00174D75" w:rsidRDefault="00172E8F" w:rsidP="00174D75">
            <w:pPr>
              <w:rPr>
                <w:lang w:val="lv-LV"/>
              </w:rPr>
            </w:pPr>
          </w:p>
        </w:tc>
      </w:tr>
      <w:tr w:rsidR="00172E8F" w:rsidRPr="00174D75" w14:paraId="697E8616" w14:textId="77777777">
        <w:trPr>
          <w:jc w:val="center"/>
        </w:trPr>
        <w:tc>
          <w:tcPr>
            <w:tcW w:w="2948" w:type="dxa"/>
            <w:vAlign w:val="center"/>
          </w:tcPr>
          <w:p w14:paraId="639D0B8F" w14:textId="77777777" w:rsidR="00172E8F" w:rsidRPr="00174D75" w:rsidRDefault="000A35F7" w:rsidP="00174D75">
            <w:pPr>
              <w:rPr>
                <w:lang w:val="lv-LV"/>
              </w:rPr>
            </w:pPr>
            <w:r w:rsidRPr="00174D75">
              <w:rPr>
                <w:b/>
                <w:lang w:val="lv-LV"/>
              </w:rPr>
              <w:t>Faktiskās dzīvesvietas adrese (ja atšķiras)</w:t>
            </w:r>
          </w:p>
        </w:tc>
        <w:tc>
          <w:tcPr>
            <w:tcW w:w="5270" w:type="dxa"/>
            <w:vAlign w:val="center"/>
          </w:tcPr>
          <w:p w14:paraId="1AD14631" w14:textId="77777777" w:rsidR="00172E8F" w:rsidRPr="00174D75" w:rsidRDefault="00172E8F" w:rsidP="00174D75">
            <w:pPr>
              <w:rPr>
                <w:lang w:val="lv-LV"/>
              </w:rPr>
            </w:pPr>
          </w:p>
        </w:tc>
      </w:tr>
      <w:tr w:rsidR="00172E8F" w:rsidRPr="00174D75" w14:paraId="31E3A4A9" w14:textId="77777777">
        <w:trPr>
          <w:jc w:val="center"/>
        </w:trPr>
        <w:tc>
          <w:tcPr>
            <w:tcW w:w="2948" w:type="dxa"/>
            <w:vAlign w:val="center"/>
          </w:tcPr>
          <w:p w14:paraId="35EAF45A" w14:textId="77777777" w:rsidR="00172E8F" w:rsidRPr="00174D75" w:rsidRDefault="000A35F7" w:rsidP="00174D75">
            <w:pPr>
              <w:rPr>
                <w:lang w:val="lv-LV"/>
              </w:rPr>
            </w:pPr>
            <w:r w:rsidRPr="00174D75">
              <w:rPr>
                <w:b/>
                <w:lang w:val="lv-LV"/>
              </w:rPr>
              <w:t>Vispārējās izglītības iestāde</w:t>
            </w:r>
          </w:p>
        </w:tc>
        <w:tc>
          <w:tcPr>
            <w:tcW w:w="5270" w:type="dxa"/>
            <w:vAlign w:val="center"/>
          </w:tcPr>
          <w:p w14:paraId="11ACEBED" w14:textId="77777777" w:rsidR="00172E8F" w:rsidRPr="00174D75" w:rsidRDefault="00172E8F" w:rsidP="00174D75">
            <w:pPr>
              <w:rPr>
                <w:lang w:val="lv-LV"/>
              </w:rPr>
            </w:pPr>
          </w:p>
        </w:tc>
      </w:tr>
    </w:tbl>
    <w:p w14:paraId="5D29D667" w14:textId="77777777" w:rsidR="00174D75" w:rsidRDefault="00174D75" w:rsidP="00174D75">
      <w:pPr>
        <w:spacing w:after="0" w:line="240" w:lineRule="auto"/>
        <w:rPr>
          <w:b/>
          <w:lang w:val="lv-LV"/>
        </w:rPr>
      </w:pPr>
    </w:p>
    <w:p w14:paraId="0530BEC4" w14:textId="4FE9F35B" w:rsidR="00172E8F" w:rsidRPr="00174D75" w:rsidRDefault="000A35F7" w:rsidP="00174D75">
      <w:pPr>
        <w:spacing w:after="0" w:line="240" w:lineRule="auto"/>
        <w:rPr>
          <w:lang w:val="lv-LV"/>
        </w:rPr>
      </w:pPr>
      <w:r w:rsidRPr="00174D75">
        <w:rPr>
          <w:b/>
          <w:lang w:val="lv-LV"/>
        </w:rPr>
        <w:t>2. LIKUMISKĀ PĀRSTĀVJA INFORMĀCIJA</w:t>
      </w:r>
    </w:p>
    <w:tbl>
      <w:tblPr>
        <w:tblStyle w:val="Reatabula"/>
        <w:tblW w:w="0" w:type="auto"/>
        <w:jc w:val="center"/>
        <w:tblLook w:val="04A0" w:firstRow="1" w:lastRow="0" w:firstColumn="1" w:lastColumn="0" w:noHBand="0" w:noVBand="1"/>
      </w:tblPr>
      <w:tblGrid>
        <w:gridCol w:w="2948"/>
        <w:gridCol w:w="5270"/>
      </w:tblGrid>
      <w:tr w:rsidR="00172E8F" w:rsidRPr="00174D75" w14:paraId="2EB58B15" w14:textId="77777777">
        <w:trPr>
          <w:jc w:val="center"/>
        </w:trPr>
        <w:tc>
          <w:tcPr>
            <w:tcW w:w="2948" w:type="dxa"/>
            <w:vAlign w:val="center"/>
          </w:tcPr>
          <w:p w14:paraId="3A1310BD" w14:textId="77777777" w:rsidR="00172E8F" w:rsidRPr="00174D75" w:rsidRDefault="000A35F7" w:rsidP="00174D75">
            <w:pPr>
              <w:rPr>
                <w:lang w:val="lv-LV"/>
              </w:rPr>
            </w:pPr>
            <w:r w:rsidRPr="00174D75">
              <w:rPr>
                <w:b/>
                <w:lang w:val="lv-LV"/>
              </w:rPr>
              <w:t>Vārds, uzvārds</w:t>
            </w:r>
          </w:p>
        </w:tc>
        <w:tc>
          <w:tcPr>
            <w:tcW w:w="5270" w:type="dxa"/>
            <w:vAlign w:val="center"/>
          </w:tcPr>
          <w:p w14:paraId="0875EA98" w14:textId="77777777" w:rsidR="00172E8F" w:rsidRPr="00174D75" w:rsidRDefault="00172E8F" w:rsidP="00174D75">
            <w:pPr>
              <w:rPr>
                <w:lang w:val="lv-LV"/>
              </w:rPr>
            </w:pPr>
          </w:p>
        </w:tc>
      </w:tr>
      <w:tr w:rsidR="00172E8F" w:rsidRPr="00174D75" w14:paraId="2115E203" w14:textId="77777777">
        <w:trPr>
          <w:jc w:val="center"/>
        </w:trPr>
        <w:tc>
          <w:tcPr>
            <w:tcW w:w="2948" w:type="dxa"/>
            <w:vAlign w:val="center"/>
          </w:tcPr>
          <w:p w14:paraId="05A57182" w14:textId="77777777" w:rsidR="00172E8F" w:rsidRPr="00174D75" w:rsidRDefault="000A35F7" w:rsidP="00174D75">
            <w:pPr>
              <w:rPr>
                <w:lang w:val="lv-LV"/>
              </w:rPr>
            </w:pPr>
            <w:r w:rsidRPr="00174D75">
              <w:rPr>
                <w:b/>
                <w:lang w:val="lv-LV"/>
              </w:rPr>
              <w:t>Tālrunis</w:t>
            </w:r>
          </w:p>
        </w:tc>
        <w:tc>
          <w:tcPr>
            <w:tcW w:w="5270" w:type="dxa"/>
            <w:vAlign w:val="center"/>
          </w:tcPr>
          <w:p w14:paraId="370049A4" w14:textId="77777777" w:rsidR="00172E8F" w:rsidRPr="00174D75" w:rsidRDefault="00172E8F" w:rsidP="00174D75">
            <w:pPr>
              <w:rPr>
                <w:lang w:val="lv-LV"/>
              </w:rPr>
            </w:pPr>
          </w:p>
        </w:tc>
      </w:tr>
      <w:tr w:rsidR="00172E8F" w:rsidRPr="00174D75" w14:paraId="20E6F349" w14:textId="77777777">
        <w:trPr>
          <w:jc w:val="center"/>
        </w:trPr>
        <w:tc>
          <w:tcPr>
            <w:tcW w:w="2948" w:type="dxa"/>
            <w:vAlign w:val="center"/>
          </w:tcPr>
          <w:p w14:paraId="5F8C40DD" w14:textId="77777777" w:rsidR="00172E8F" w:rsidRPr="00174D75" w:rsidRDefault="000A35F7" w:rsidP="00174D75">
            <w:pPr>
              <w:rPr>
                <w:lang w:val="lv-LV"/>
              </w:rPr>
            </w:pPr>
            <w:r w:rsidRPr="00174D75">
              <w:rPr>
                <w:b/>
                <w:lang w:val="lv-LV"/>
              </w:rPr>
              <w:t>E-pasts</w:t>
            </w:r>
          </w:p>
        </w:tc>
        <w:tc>
          <w:tcPr>
            <w:tcW w:w="5270" w:type="dxa"/>
            <w:vAlign w:val="center"/>
          </w:tcPr>
          <w:p w14:paraId="22A14BD5" w14:textId="77777777" w:rsidR="00172E8F" w:rsidRPr="00174D75" w:rsidRDefault="00172E8F" w:rsidP="00174D75">
            <w:pPr>
              <w:rPr>
                <w:lang w:val="lv-LV"/>
              </w:rPr>
            </w:pPr>
          </w:p>
        </w:tc>
      </w:tr>
      <w:tr w:rsidR="00172E8F" w:rsidRPr="00174D75" w14:paraId="26C542DF" w14:textId="77777777">
        <w:trPr>
          <w:jc w:val="center"/>
        </w:trPr>
        <w:tc>
          <w:tcPr>
            <w:tcW w:w="2948" w:type="dxa"/>
            <w:vAlign w:val="center"/>
          </w:tcPr>
          <w:p w14:paraId="5710073E" w14:textId="77777777" w:rsidR="00172E8F" w:rsidRPr="00174D75" w:rsidRDefault="000A35F7" w:rsidP="00174D75">
            <w:pPr>
              <w:rPr>
                <w:lang w:val="lv-LV"/>
              </w:rPr>
            </w:pPr>
            <w:r w:rsidRPr="00174D75">
              <w:rPr>
                <w:b/>
                <w:lang w:val="lv-LV"/>
              </w:rPr>
              <w:t>Deklarētās dzīvesvietas adrese</w:t>
            </w:r>
          </w:p>
        </w:tc>
        <w:tc>
          <w:tcPr>
            <w:tcW w:w="5270" w:type="dxa"/>
            <w:vAlign w:val="center"/>
          </w:tcPr>
          <w:p w14:paraId="1CF2B98E" w14:textId="77777777" w:rsidR="00172E8F" w:rsidRPr="00174D75" w:rsidRDefault="00172E8F" w:rsidP="00174D75">
            <w:pPr>
              <w:rPr>
                <w:lang w:val="lv-LV"/>
              </w:rPr>
            </w:pPr>
          </w:p>
        </w:tc>
      </w:tr>
    </w:tbl>
    <w:p w14:paraId="363D212D" w14:textId="77777777" w:rsidR="00174D75" w:rsidRDefault="00174D75" w:rsidP="00174D75">
      <w:pPr>
        <w:spacing w:after="0" w:line="240" w:lineRule="auto"/>
        <w:rPr>
          <w:b/>
          <w:lang w:val="lv-LV"/>
        </w:rPr>
      </w:pPr>
    </w:p>
    <w:p w14:paraId="78A32705" w14:textId="5DCA5574" w:rsidR="00172E8F" w:rsidRPr="00174D75" w:rsidRDefault="000A35F7" w:rsidP="00174D75">
      <w:pPr>
        <w:spacing w:after="0" w:line="240" w:lineRule="auto"/>
        <w:rPr>
          <w:lang w:val="lv-LV"/>
        </w:rPr>
      </w:pPr>
      <w:r w:rsidRPr="00174D75">
        <w:rPr>
          <w:b/>
          <w:lang w:val="lv-LV"/>
        </w:rPr>
        <w:t>3. CITA VECĀKA/AIZBILDŅA KONTAKTINFORMĀCIJA</w:t>
      </w:r>
    </w:p>
    <w:tbl>
      <w:tblPr>
        <w:tblStyle w:val="Reatabula"/>
        <w:tblW w:w="0" w:type="auto"/>
        <w:jc w:val="center"/>
        <w:tblLook w:val="04A0" w:firstRow="1" w:lastRow="0" w:firstColumn="1" w:lastColumn="0" w:noHBand="0" w:noVBand="1"/>
      </w:tblPr>
      <w:tblGrid>
        <w:gridCol w:w="3510"/>
        <w:gridCol w:w="3510"/>
        <w:gridCol w:w="3510"/>
      </w:tblGrid>
      <w:tr w:rsidR="00172E8F" w:rsidRPr="00174D75" w14:paraId="4858CD55" w14:textId="77777777">
        <w:trPr>
          <w:jc w:val="center"/>
        </w:trPr>
        <w:tc>
          <w:tcPr>
            <w:tcW w:w="3513" w:type="dxa"/>
            <w:shd w:val="clear" w:color="auto" w:fill="E7E6E6"/>
          </w:tcPr>
          <w:p w14:paraId="261CEBFF" w14:textId="77777777" w:rsidR="00172E8F" w:rsidRPr="00174D75" w:rsidRDefault="000A35F7" w:rsidP="00174D75">
            <w:pPr>
              <w:rPr>
                <w:lang w:val="lv-LV"/>
              </w:rPr>
            </w:pPr>
            <w:r w:rsidRPr="00174D75">
              <w:rPr>
                <w:b/>
                <w:lang w:val="lv-LV"/>
              </w:rPr>
              <w:t>Vārds, uzvārds</w:t>
            </w:r>
          </w:p>
        </w:tc>
        <w:tc>
          <w:tcPr>
            <w:tcW w:w="3513" w:type="dxa"/>
            <w:shd w:val="clear" w:color="auto" w:fill="E7E6E6"/>
          </w:tcPr>
          <w:p w14:paraId="3E964ECF" w14:textId="77777777" w:rsidR="00172E8F" w:rsidRPr="00174D75" w:rsidRDefault="000A35F7" w:rsidP="00174D75">
            <w:pPr>
              <w:rPr>
                <w:lang w:val="lv-LV"/>
              </w:rPr>
            </w:pPr>
            <w:r w:rsidRPr="00174D75">
              <w:rPr>
                <w:b/>
                <w:lang w:val="lv-LV"/>
              </w:rPr>
              <w:t>Tālruņa Nr.</w:t>
            </w:r>
          </w:p>
        </w:tc>
        <w:tc>
          <w:tcPr>
            <w:tcW w:w="3513" w:type="dxa"/>
            <w:shd w:val="clear" w:color="auto" w:fill="E7E6E6"/>
          </w:tcPr>
          <w:p w14:paraId="275A2561" w14:textId="77777777" w:rsidR="00172E8F" w:rsidRPr="00174D75" w:rsidRDefault="000A35F7" w:rsidP="00174D75">
            <w:pPr>
              <w:rPr>
                <w:lang w:val="lv-LV"/>
              </w:rPr>
            </w:pPr>
            <w:r w:rsidRPr="00174D75">
              <w:rPr>
                <w:b/>
                <w:lang w:val="lv-LV"/>
              </w:rPr>
              <w:t>E-pasts</w:t>
            </w:r>
          </w:p>
        </w:tc>
      </w:tr>
      <w:tr w:rsidR="00172E8F" w:rsidRPr="00174D75" w14:paraId="0621C7D2" w14:textId="77777777">
        <w:trPr>
          <w:jc w:val="center"/>
        </w:trPr>
        <w:tc>
          <w:tcPr>
            <w:tcW w:w="3513" w:type="dxa"/>
            <w:vAlign w:val="center"/>
          </w:tcPr>
          <w:p w14:paraId="11CA2094" w14:textId="77777777" w:rsidR="00172E8F" w:rsidRPr="00174D75" w:rsidRDefault="00172E8F" w:rsidP="00174D75">
            <w:pPr>
              <w:rPr>
                <w:lang w:val="lv-LV"/>
              </w:rPr>
            </w:pPr>
          </w:p>
        </w:tc>
        <w:tc>
          <w:tcPr>
            <w:tcW w:w="3513" w:type="dxa"/>
            <w:vAlign w:val="center"/>
          </w:tcPr>
          <w:p w14:paraId="12509A6C" w14:textId="77777777" w:rsidR="00172E8F" w:rsidRPr="00174D75" w:rsidRDefault="00172E8F" w:rsidP="00174D75">
            <w:pPr>
              <w:rPr>
                <w:lang w:val="lv-LV"/>
              </w:rPr>
            </w:pPr>
          </w:p>
        </w:tc>
        <w:tc>
          <w:tcPr>
            <w:tcW w:w="3513" w:type="dxa"/>
            <w:vAlign w:val="center"/>
          </w:tcPr>
          <w:p w14:paraId="3940CDBE" w14:textId="77777777" w:rsidR="00172E8F" w:rsidRPr="00174D75" w:rsidRDefault="00172E8F" w:rsidP="00174D75">
            <w:pPr>
              <w:rPr>
                <w:lang w:val="lv-LV"/>
              </w:rPr>
            </w:pPr>
          </w:p>
        </w:tc>
      </w:tr>
    </w:tbl>
    <w:p w14:paraId="58FB75F0" w14:textId="77777777" w:rsidR="00172E8F" w:rsidRPr="00174D75" w:rsidRDefault="000A35F7" w:rsidP="00174D75">
      <w:pPr>
        <w:spacing w:after="0" w:line="240" w:lineRule="auto"/>
        <w:rPr>
          <w:b/>
          <w:bCs/>
          <w:lang w:val="lv-LV"/>
        </w:rPr>
      </w:pPr>
      <w:r w:rsidRPr="00174D75">
        <w:rPr>
          <w:b/>
          <w:bCs/>
          <w:lang w:val="lv-LV"/>
        </w:rPr>
        <w:t>4. PAPILDU INFORMĀCIJA / ATBALSTA NOSACĪJUMI</w:t>
      </w:r>
    </w:p>
    <w:p w14:paraId="41E8704C" w14:textId="77777777" w:rsidR="00172E8F" w:rsidRPr="00174D75" w:rsidRDefault="000A35F7" w:rsidP="00174D75">
      <w:pPr>
        <w:spacing w:after="0" w:line="240" w:lineRule="auto"/>
        <w:ind w:left="113"/>
        <w:rPr>
          <w:lang w:val="lv-LV"/>
        </w:rPr>
      </w:pPr>
      <w:r w:rsidRPr="00174D75">
        <w:rPr>
          <w:b/>
          <w:lang w:val="lv-LV"/>
        </w:rPr>
        <w:t>☐</w:t>
      </w:r>
      <w:r w:rsidRPr="00174D75">
        <w:rPr>
          <w:b/>
          <w:lang w:val="lv-LV"/>
        </w:rPr>
        <w:t xml:space="preserve">  </w:t>
      </w:r>
      <w:proofErr w:type="spellStart"/>
      <w:r w:rsidRPr="00174D75">
        <w:rPr>
          <w:b/>
          <w:lang w:val="lv-LV"/>
        </w:rPr>
        <w:t>Daudzbērnu</w:t>
      </w:r>
      <w:proofErr w:type="spellEnd"/>
      <w:r w:rsidRPr="00174D75">
        <w:rPr>
          <w:b/>
          <w:lang w:val="lv-LV"/>
        </w:rPr>
        <w:t xml:space="preserve"> ģimene (3 un vairāk bērni) </w:t>
      </w:r>
      <w:r w:rsidRPr="00174D75">
        <w:rPr>
          <w:lang w:val="lv-LV"/>
        </w:rPr>
        <w:t>(jāuzrāda “3+ Ģimenes karte”)</w:t>
      </w:r>
    </w:p>
    <w:p w14:paraId="0D28F3F8" w14:textId="77777777" w:rsidR="00172E8F" w:rsidRPr="00174D75" w:rsidRDefault="000A35F7" w:rsidP="00174D75">
      <w:pPr>
        <w:spacing w:after="0" w:line="240" w:lineRule="auto"/>
        <w:ind w:left="113"/>
        <w:rPr>
          <w:lang w:val="lv-LV"/>
        </w:rPr>
      </w:pPr>
      <w:r w:rsidRPr="00174D75">
        <w:rPr>
          <w:b/>
          <w:lang w:val="lv-LV"/>
        </w:rPr>
        <w:t>☐</w:t>
      </w:r>
      <w:r w:rsidRPr="00174D75">
        <w:rPr>
          <w:b/>
          <w:lang w:val="lv-LV"/>
        </w:rPr>
        <w:t xml:space="preserve">  Brālis/māsa trenējas Hokeja skolā “Kurbads”</w:t>
      </w:r>
      <w:r w:rsidRPr="00174D75">
        <w:rPr>
          <w:lang w:val="lv-LV"/>
        </w:rPr>
        <w:t xml:space="preserve">    Vārds, uzvārds: __________________________________________</w:t>
      </w:r>
    </w:p>
    <w:p w14:paraId="77243B32" w14:textId="77777777" w:rsidR="00172E8F" w:rsidRPr="00174D75" w:rsidRDefault="000A35F7" w:rsidP="00174D75">
      <w:pPr>
        <w:spacing w:after="0" w:line="240" w:lineRule="auto"/>
        <w:rPr>
          <w:lang w:val="lv-LV"/>
        </w:rPr>
      </w:pPr>
      <w:r w:rsidRPr="00174D75">
        <w:rPr>
          <w:b/>
          <w:lang w:val="lv-LV"/>
        </w:rPr>
        <w:t>5. PIEVIENOTIE DOKUMENTI UN APLIECINĀJUMI</w:t>
      </w:r>
    </w:p>
    <w:p w14:paraId="43FFDFA8" w14:textId="77777777" w:rsidR="00172E8F" w:rsidRPr="00174D75" w:rsidRDefault="000A35F7" w:rsidP="00174D75">
      <w:pPr>
        <w:spacing w:after="0" w:line="240" w:lineRule="auto"/>
        <w:ind w:left="113"/>
        <w:rPr>
          <w:lang w:val="lv-LV"/>
        </w:rPr>
      </w:pPr>
      <w:r w:rsidRPr="00174D75">
        <w:rPr>
          <w:lang w:val="lv-LV"/>
        </w:rPr>
        <w:t>☐</w:t>
      </w:r>
      <w:r w:rsidRPr="00174D75">
        <w:rPr>
          <w:lang w:val="lv-LV"/>
        </w:rPr>
        <w:t xml:space="preserve">  Pievienota ģimenes ārsta izziņa par veikto profilaktisko apskati sportistam / bērnam ar paaugstinātu fizisko slodzi.</w:t>
      </w:r>
    </w:p>
    <w:p w14:paraId="4A33F87D" w14:textId="77777777" w:rsidR="00172E8F" w:rsidRPr="00174D75" w:rsidRDefault="000A35F7" w:rsidP="00174D75">
      <w:pPr>
        <w:spacing w:after="0" w:line="240" w:lineRule="auto"/>
        <w:ind w:left="113"/>
        <w:rPr>
          <w:lang w:val="lv-LV"/>
        </w:rPr>
      </w:pPr>
      <w:r w:rsidRPr="00174D75">
        <w:rPr>
          <w:lang w:val="lv-LV"/>
        </w:rPr>
        <w:t>☐</w:t>
      </w:r>
      <w:r w:rsidRPr="00174D75">
        <w:rPr>
          <w:lang w:val="lv-LV"/>
        </w:rPr>
        <w:t xml:space="preserve">  Apliecinu, ka iesniegumā norādītā informācija ir patiesa un aktuāla.</w:t>
      </w:r>
    </w:p>
    <w:p w14:paraId="46D09FB0" w14:textId="77777777" w:rsidR="00172E8F" w:rsidRPr="00174D75" w:rsidRDefault="000A35F7" w:rsidP="00174D75">
      <w:pPr>
        <w:spacing w:after="0" w:line="240" w:lineRule="auto"/>
        <w:ind w:left="113"/>
        <w:rPr>
          <w:lang w:val="lv-LV"/>
        </w:rPr>
      </w:pPr>
      <w:r w:rsidRPr="00174D75">
        <w:rPr>
          <w:lang w:val="lv-LV"/>
        </w:rPr>
        <w:t>☐</w:t>
      </w:r>
      <w:r w:rsidRPr="00174D75">
        <w:rPr>
          <w:lang w:val="lv-LV"/>
        </w:rPr>
        <w:t xml:space="preserve">  Esmu informēts(-a), ka iesniegumā norādītie personas dati tiks apstrādāti izglītības programmas īstenošanas, uzņemšanas procesa un normatīvajos aktos noteikto pienākumu izpildes nodrošināšanai.</w:t>
      </w:r>
    </w:p>
    <w:p w14:paraId="4C8AF954" w14:textId="77777777" w:rsidR="00172E8F" w:rsidRPr="00174D75" w:rsidRDefault="000A35F7" w:rsidP="00174D75">
      <w:pPr>
        <w:spacing w:after="0" w:line="240" w:lineRule="auto"/>
        <w:ind w:left="113"/>
        <w:rPr>
          <w:lang w:val="lv-LV"/>
        </w:rPr>
      </w:pPr>
      <w:r w:rsidRPr="00174D75">
        <w:rPr>
          <w:lang w:val="lv-LV"/>
        </w:rPr>
        <w:t>☐</w:t>
      </w:r>
      <w:r w:rsidRPr="00174D75">
        <w:rPr>
          <w:lang w:val="lv-LV"/>
        </w:rPr>
        <w:t xml:space="preserve">  Esmu iepazinies(-</w:t>
      </w:r>
      <w:proofErr w:type="spellStart"/>
      <w:r w:rsidRPr="00174D75">
        <w:rPr>
          <w:lang w:val="lv-LV"/>
        </w:rPr>
        <w:t>usies</w:t>
      </w:r>
      <w:proofErr w:type="spellEnd"/>
      <w:r w:rsidRPr="00174D75">
        <w:rPr>
          <w:lang w:val="lv-LV"/>
        </w:rPr>
        <w:t>) ar Hokeja skolas “Kurbads” iekšējās kārtības un drošības noteikumiem un apņemos tos ievērot.</w:t>
      </w:r>
    </w:p>
    <w:p w14:paraId="0A8BF5EB" w14:textId="77777777" w:rsidR="00172E8F" w:rsidRPr="00174D75" w:rsidRDefault="000A35F7" w:rsidP="00174D75">
      <w:pPr>
        <w:spacing w:after="0" w:line="240" w:lineRule="auto"/>
        <w:ind w:left="113"/>
        <w:rPr>
          <w:lang w:val="lv-LV"/>
        </w:rPr>
      </w:pPr>
      <w:r w:rsidRPr="00174D75">
        <w:rPr>
          <w:lang w:val="lv-LV"/>
        </w:rPr>
        <w:t>☐</w:t>
      </w:r>
      <w:r w:rsidRPr="00174D75">
        <w:rPr>
          <w:lang w:val="lv-LV"/>
        </w:rPr>
        <w:t xml:space="preserve">  Esmu informēts(-a), ka mācību–treniņu process un sacensības var notikt arī brīvdienās atbilstoši treniņu un sacensību kalendāram.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13"/>
        <w:gridCol w:w="3513"/>
        <w:gridCol w:w="3513"/>
      </w:tblGrid>
      <w:tr w:rsidR="00172E8F" w:rsidRPr="00174D75" w14:paraId="1F8C179E" w14:textId="77777777">
        <w:trPr>
          <w:jc w:val="center"/>
        </w:trPr>
        <w:tc>
          <w:tcPr>
            <w:tcW w:w="3513" w:type="dxa"/>
            <w:shd w:val="clear" w:color="auto" w:fill="E7E6E6"/>
          </w:tcPr>
          <w:p w14:paraId="3665E926" w14:textId="77777777" w:rsidR="00172E8F" w:rsidRPr="00174D75" w:rsidRDefault="000A35F7">
            <w:pPr>
              <w:rPr>
                <w:lang w:val="lv-LV"/>
              </w:rPr>
            </w:pPr>
            <w:r w:rsidRPr="00174D75">
              <w:rPr>
                <w:b/>
                <w:lang w:val="lv-LV"/>
              </w:rPr>
              <w:t>Datums</w:t>
            </w:r>
          </w:p>
        </w:tc>
        <w:tc>
          <w:tcPr>
            <w:tcW w:w="3513" w:type="dxa"/>
            <w:shd w:val="clear" w:color="auto" w:fill="E7E6E6"/>
          </w:tcPr>
          <w:p w14:paraId="7EAE3A28" w14:textId="77777777" w:rsidR="00172E8F" w:rsidRPr="00174D75" w:rsidRDefault="000A35F7">
            <w:pPr>
              <w:rPr>
                <w:lang w:val="lv-LV"/>
              </w:rPr>
            </w:pPr>
            <w:r w:rsidRPr="00174D75">
              <w:rPr>
                <w:b/>
                <w:lang w:val="lv-LV"/>
              </w:rPr>
              <w:t>Paraksts</w:t>
            </w:r>
          </w:p>
        </w:tc>
        <w:tc>
          <w:tcPr>
            <w:tcW w:w="3513" w:type="dxa"/>
            <w:shd w:val="clear" w:color="auto" w:fill="E7E6E6"/>
          </w:tcPr>
          <w:p w14:paraId="7CFA0B2F" w14:textId="77777777" w:rsidR="00172E8F" w:rsidRPr="00174D75" w:rsidRDefault="000A35F7">
            <w:pPr>
              <w:rPr>
                <w:lang w:val="lv-LV"/>
              </w:rPr>
            </w:pPr>
            <w:r w:rsidRPr="00174D75">
              <w:rPr>
                <w:b/>
                <w:lang w:val="lv-LV"/>
              </w:rPr>
              <w:t>Vārds, uzvārds</w:t>
            </w:r>
          </w:p>
        </w:tc>
      </w:tr>
      <w:tr w:rsidR="00172E8F" w:rsidRPr="00174D75" w14:paraId="6D4D538B" w14:textId="77777777">
        <w:trPr>
          <w:jc w:val="center"/>
        </w:trPr>
        <w:tc>
          <w:tcPr>
            <w:tcW w:w="3513" w:type="dxa"/>
          </w:tcPr>
          <w:p w14:paraId="5C72C085" w14:textId="77777777" w:rsidR="00172E8F" w:rsidRPr="00174D75" w:rsidRDefault="000A35F7">
            <w:pPr>
              <w:rPr>
                <w:lang w:val="lv-LV"/>
              </w:rPr>
            </w:pPr>
            <w:r w:rsidRPr="00174D75">
              <w:rPr>
                <w:lang w:val="lv-LV"/>
              </w:rPr>
              <w:t>20___. gada ___. ______________</w:t>
            </w:r>
          </w:p>
        </w:tc>
        <w:tc>
          <w:tcPr>
            <w:tcW w:w="3513" w:type="dxa"/>
          </w:tcPr>
          <w:p w14:paraId="39508A08" w14:textId="77777777" w:rsidR="00172E8F" w:rsidRPr="00174D75" w:rsidRDefault="000A35F7">
            <w:pPr>
              <w:rPr>
                <w:lang w:val="lv-LV"/>
              </w:rPr>
            </w:pPr>
            <w:r w:rsidRPr="00174D75">
              <w:rPr>
                <w:lang w:val="lv-LV"/>
              </w:rPr>
              <w:t>________________________</w:t>
            </w:r>
          </w:p>
        </w:tc>
        <w:tc>
          <w:tcPr>
            <w:tcW w:w="3513" w:type="dxa"/>
          </w:tcPr>
          <w:p w14:paraId="61CC14F8" w14:textId="77777777" w:rsidR="00172E8F" w:rsidRPr="00174D75" w:rsidRDefault="000A35F7">
            <w:pPr>
              <w:rPr>
                <w:lang w:val="lv-LV"/>
              </w:rPr>
            </w:pPr>
            <w:r w:rsidRPr="00174D75">
              <w:rPr>
                <w:lang w:val="lv-LV"/>
              </w:rPr>
              <w:t>____________________________</w:t>
            </w:r>
          </w:p>
        </w:tc>
      </w:tr>
    </w:tbl>
    <w:p w14:paraId="4A8AF973" w14:textId="29132049" w:rsidR="00172E8F" w:rsidRPr="00174D75" w:rsidRDefault="00174D75">
      <w:pPr>
        <w:spacing w:before="80" w:after="20"/>
        <w:rPr>
          <w:lang w:val="lv-LV"/>
        </w:rPr>
      </w:pPr>
      <w:r>
        <w:rPr>
          <w:b/>
          <w:lang w:val="lv-LV"/>
        </w:rPr>
        <w:t xml:space="preserve">AIZPILDA </w:t>
      </w:r>
      <w:r w:rsidR="000A35F7" w:rsidRPr="00174D75">
        <w:rPr>
          <w:b/>
          <w:lang w:val="lv-LV"/>
        </w:rPr>
        <w:t>Hokeja skola</w:t>
      </w:r>
      <w:r w:rsidR="000A35F7" w:rsidRPr="00174D75">
        <w:rPr>
          <w:b/>
          <w:lang w:val="lv-LV"/>
        </w:rPr>
        <w:t xml:space="preserve"> “Kurbads” </w:t>
      </w:r>
    </w:p>
    <w:tbl>
      <w:tblPr>
        <w:tblStyle w:val="Reatabula"/>
        <w:tblW w:w="0" w:type="auto"/>
        <w:jc w:val="center"/>
        <w:tblLook w:val="04A0" w:firstRow="1" w:lastRow="0" w:firstColumn="1" w:lastColumn="0" w:noHBand="0" w:noVBand="1"/>
      </w:tblPr>
      <w:tblGrid>
        <w:gridCol w:w="3509"/>
        <w:gridCol w:w="3510"/>
        <w:gridCol w:w="3511"/>
      </w:tblGrid>
      <w:tr w:rsidR="00172E8F" w:rsidRPr="00174D75" w14:paraId="3B63E3F8" w14:textId="77777777">
        <w:trPr>
          <w:jc w:val="center"/>
        </w:trPr>
        <w:tc>
          <w:tcPr>
            <w:tcW w:w="3513" w:type="dxa"/>
            <w:shd w:val="clear" w:color="auto" w:fill="E7E6E6"/>
          </w:tcPr>
          <w:p w14:paraId="509097A7" w14:textId="77777777" w:rsidR="00172E8F" w:rsidRPr="00174D75" w:rsidRDefault="000A35F7">
            <w:pPr>
              <w:rPr>
                <w:lang w:val="lv-LV"/>
              </w:rPr>
            </w:pPr>
            <w:r w:rsidRPr="00174D75">
              <w:rPr>
                <w:b/>
                <w:lang w:val="lv-LV"/>
              </w:rPr>
              <w:t>Datums</w:t>
            </w:r>
          </w:p>
        </w:tc>
        <w:tc>
          <w:tcPr>
            <w:tcW w:w="3513" w:type="dxa"/>
            <w:shd w:val="clear" w:color="auto" w:fill="E7E6E6"/>
          </w:tcPr>
          <w:p w14:paraId="5616CA91" w14:textId="6826AA8A" w:rsidR="00172E8F" w:rsidRPr="00174D75" w:rsidRDefault="000A35F7">
            <w:pPr>
              <w:rPr>
                <w:lang w:val="lv-LV"/>
              </w:rPr>
            </w:pPr>
            <w:r w:rsidRPr="00174D75">
              <w:rPr>
                <w:b/>
                <w:lang w:val="lv-LV"/>
              </w:rPr>
              <w:t>Direktora</w:t>
            </w:r>
            <w:r w:rsidR="00174D75">
              <w:rPr>
                <w:b/>
                <w:lang w:val="lv-LV"/>
              </w:rPr>
              <w:t>/vadītāja</w:t>
            </w:r>
            <w:r w:rsidRPr="00174D75">
              <w:rPr>
                <w:b/>
                <w:lang w:val="lv-LV"/>
              </w:rPr>
              <w:t xml:space="preserve"> paraksts</w:t>
            </w:r>
          </w:p>
        </w:tc>
        <w:tc>
          <w:tcPr>
            <w:tcW w:w="3513" w:type="dxa"/>
            <w:shd w:val="clear" w:color="auto" w:fill="E7E6E6"/>
          </w:tcPr>
          <w:p w14:paraId="436601E7" w14:textId="77777777" w:rsidR="00172E8F" w:rsidRPr="00174D75" w:rsidRDefault="000A35F7">
            <w:pPr>
              <w:rPr>
                <w:lang w:val="lv-LV"/>
              </w:rPr>
            </w:pPr>
            <w:r w:rsidRPr="00174D75">
              <w:rPr>
                <w:b/>
                <w:lang w:val="lv-LV"/>
              </w:rPr>
              <w:t>Vārds, uzvārds</w:t>
            </w:r>
          </w:p>
        </w:tc>
      </w:tr>
      <w:tr w:rsidR="00172E8F" w:rsidRPr="00174D75" w14:paraId="3239EDFE" w14:textId="77777777">
        <w:trPr>
          <w:jc w:val="center"/>
        </w:trPr>
        <w:tc>
          <w:tcPr>
            <w:tcW w:w="3513" w:type="dxa"/>
          </w:tcPr>
          <w:p w14:paraId="022D6DE6" w14:textId="77777777" w:rsidR="00172E8F" w:rsidRPr="00174D75" w:rsidRDefault="000A35F7">
            <w:pPr>
              <w:rPr>
                <w:lang w:val="lv-LV"/>
              </w:rPr>
            </w:pPr>
            <w:r w:rsidRPr="00174D75">
              <w:rPr>
                <w:lang w:val="lv-LV"/>
              </w:rPr>
              <w:t>20___. gada ___. ______________</w:t>
            </w:r>
          </w:p>
        </w:tc>
        <w:tc>
          <w:tcPr>
            <w:tcW w:w="3513" w:type="dxa"/>
          </w:tcPr>
          <w:p w14:paraId="23DDCB00" w14:textId="77777777" w:rsidR="00172E8F" w:rsidRPr="00174D75" w:rsidRDefault="000A35F7">
            <w:pPr>
              <w:rPr>
                <w:lang w:val="lv-LV"/>
              </w:rPr>
            </w:pPr>
            <w:r w:rsidRPr="00174D75">
              <w:rPr>
                <w:lang w:val="lv-LV"/>
              </w:rPr>
              <w:t>________________________</w:t>
            </w:r>
          </w:p>
        </w:tc>
        <w:tc>
          <w:tcPr>
            <w:tcW w:w="3513" w:type="dxa"/>
          </w:tcPr>
          <w:p w14:paraId="0EC18C8E" w14:textId="77777777" w:rsidR="00172E8F" w:rsidRPr="00174D75" w:rsidRDefault="000A35F7">
            <w:pPr>
              <w:rPr>
                <w:lang w:val="lv-LV"/>
              </w:rPr>
            </w:pPr>
            <w:r w:rsidRPr="00174D75">
              <w:rPr>
                <w:lang w:val="lv-LV"/>
              </w:rPr>
              <w:t>____________________________</w:t>
            </w:r>
          </w:p>
        </w:tc>
      </w:tr>
    </w:tbl>
    <w:p w14:paraId="736BEAE8" w14:textId="77777777" w:rsidR="00172E8F" w:rsidRPr="00174D75" w:rsidRDefault="000A35F7">
      <w:pPr>
        <w:spacing w:before="100" w:after="40"/>
        <w:rPr>
          <w:lang w:val="lv-LV"/>
        </w:rPr>
      </w:pPr>
      <w:r w:rsidRPr="00174D75">
        <w:rPr>
          <w:b/>
          <w:lang w:val="lv-LV"/>
        </w:rPr>
        <w:t>AIZPILDA HOKEJA SKOLA “KURBADS”</w:t>
      </w:r>
    </w:p>
    <w:tbl>
      <w:tblPr>
        <w:tblStyle w:val="Reatabula"/>
        <w:tblW w:w="0" w:type="auto"/>
        <w:jc w:val="center"/>
        <w:tblLook w:val="04A0" w:firstRow="1" w:lastRow="0" w:firstColumn="1" w:lastColumn="0" w:noHBand="0" w:noVBand="1"/>
      </w:tblPr>
      <w:tblGrid>
        <w:gridCol w:w="5265"/>
        <w:gridCol w:w="5265"/>
      </w:tblGrid>
      <w:tr w:rsidR="00172E8F" w:rsidRPr="00174D75" w14:paraId="3D58A18B" w14:textId="77777777">
        <w:trPr>
          <w:jc w:val="center"/>
        </w:trPr>
        <w:tc>
          <w:tcPr>
            <w:tcW w:w="5270" w:type="dxa"/>
            <w:shd w:val="clear" w:color="auto" w:fill="E7E6E6"/>
          </w:tcPr>
          <w:p w14:paraId="0E1FCAFC" w14:textId="77777777" w:rsidR="00172E8F" w:rsidRPr="00174D75" w:rsidRDefault="000A35F7">
            <w:pPr>
              <w:rPr>
                <w:lang w:val="lv-LV"/>
              </w:rPr>
            </w:pPr>
            <w:r w:rsidRPr="00174D75">
              <w:rPr>
                <w:b/>
                <w:lang w:val="lv-LV"/>
              </w:rPr>
              <w:t>Uzņemšanas datums</w:t>
            </w:r>
          </w:p>
        </w:tc>
        <w:tc>
          <w:tcPr>
            <w:tcW w:w="5270" w:type="dxa"/>
            <w:shd w:val="clear" w:color="auto" w:fill="E7E6E6"/>
          </w:tcPr>
          <w:p w14:paraId="74BACD08" w14:textId="77777777" w:rsidR="00172E8F" w:rsidRPr="00174D75" w:rsidRDefault="000A35F7">
            <w:pPr>
              <w:rPr>
                <w:lang w:val="lv-LV"/>
              </w:rPr>
            </w:pPr>
            <w:r w:rsidRPr="00174D75">
              <w:rPr>
                <w:b/>
                <w:lang w:val="lv-LV"/>
              </w:rPr>
              <w:t>Rīkojuma Nr. un datums</w:t>
            </w:r>
          </w:p>
        </w:tc>
      </w:tr>
      <w:tr w:rsidR="00172E8F" w:rsidRPr="00174D75" w14:paraId="05F71F58" w14:textId="77777777">
        <w:trPr>
          <w:jc w:val="center"/>
        </w:trPr>
        <w:tc>
          <w:tcPr>
            <w:tcW w:w="5270" w:type="dxa"/>
          </w:tcPr>
          <w:p w14:paraId="4B4FC6EF" w14:textId="77777777" w:rsidR="00172E8F" w:rsidRDefault="000A35F7">
            <w:pPr>
              <w:rPr>
                <w:lang w:val="lv-LV"/>
              </w:rPr>
            </w:pPr>
            <w:r w:rsidRPr="00174D75">
              <w:rPr>
                <w:lang w:val="lv-LV"/>
              </w:rPr>
              <w:t>Mācību grupa / sagatavotības pakāpe</w:t>
            </w:r>
          </w:p>
          <w:p w14:paraId="0C3A323B" w14:textId="77777777" w:rsidR="00174D75" w:rsidRPr="00174D75" w:rsidRDefault="00174D75">
            <w:pPr>
              <w:rPr>
                <w:lang w:val="lv-LV"/>
              </w:rPr>
            </w:pPr>
          </w:p>
        </w:tc>
        <w:tc>
          <w:tcPr>
            <w:tcW w:w="5270" w:type="dxa"/>
          </w:tcPr>
          <w:p w14:paraId="2FA5C804" w14:textId="77777777" w:rsidR="00172E8F" w:rsidRPr="00174D75" w:rsidRDefault="000A35F7">
            <w:pPr>
              <w:rPr>
                <w:lang w:val="lv-LV"/>
              </w:rPr>
            </w:pPr>
            <w:r w:rsidRPr="00174D75">
              <w:rPr>
                <w:lang w:val="lv-LV"/>
              </w:rPr>
              <w:t>Mācību gads</w:t>
            </w:r>
          </w:p>
        </w:tc>
      </w:tr>
    </w:tbl>
    <w:p w14:paraId="67DD11B9" w14:textId="77777777" w:rsidR="000A35F7" w:rsidRDefault="000A35F7" w:rsidP="00174D75"/>
    <w:sectPr w:rsidR="000A35F7" w:rsidSect="00034616">
      <w:footerReference w:type="default" r:id="rId9"/>
      <w:pgSz w:w="12240" w:h="15840"/>
      <w:pgMar w:top="624" w:right="850" w:bottom="624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382D3" w14:textId="77777777" w:rsidR="000A35F7" w:rsidRDefault="000A35F7">
      <w:pPr>
        <w:spacing w:after="0" w:line="240" w:lineRule="auto"/>
      </w:pPr>
      <w:r>
        <w:separator/>
      </w:r>
    </w:p>
  </w:endnote>
  <w:endnote w:type="continuationSeparator" w:id="0">
    <w:p w14:paraId="4D7CE87F" w14:textId="77777777" w:rsidR="000A35F7" w:rsidRDefault="000A35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8B653" w14:textId="77777777" w:rsidR="00172E8F" w:rsidRDefault="000A35F7">
    <w:pPr>
      <w:pStyle w:val="Kjene"/>
      <w:jc w:val="center"/>
    </w:pPr>
    <w:r>
      <w:rPr>
        <w:sz w:val="16"/>
      </w:rPr>
      <w:t xml:space="preserve">HOKEJA SKOLA “KURBADS” • </w:t>
    </w:r>
    <w:proofErr w:type="spellStart"/>
    <w:r>
      <w:rPr>
        <w:sz w:val="16"/>
      </w:rPr>
      <w:t>Reģ</w:t>
    </w:r>
    <w:proofErr w:type="spellEnd"/>
    <w:r>
      <w:rPr>
        <w:sz w:val="16"/>
      </w:rPr>
      <w:t xml:space="preserve">. Nr. 40008257796 • </w:t>
    </w:r>
    <w:proofErr w:type="spellStart"/>
    <w:r>
      <w:rPr>
        <w:sz w:val="16"/>
      </w:rPr>
      <w:t>Mazjumpravas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iela</w:t>
    </w:r>
    <w:proofErr w:type="spellEnd"/>
    <w:r>
      <w:rPr>
        <w:sz w:val="16"/>
      </w:rPr>
      <w:t xml:space="preserve"> 24, </w:t>
    </w:r>
    <w:proofErr w:type="spellStart"/>
    <w:r>
      <w:rPr>
        <w:sz w:val="16"/>
      </w:rPr>
      <w:t>Rīga</w:t>
    </w:r>
    <w:proofErr w:type="spellEnd"/>
    <w:r>
      <w:rPr>
        <w:sz w:val="16"/>
      </w:rPr>
      <w:t>, LV-1063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474FB" w14:textId="77777777" w:rsidR="000A35F7" w:rsidRDefault="000A35F7">
      <w:pPr>
        <w:spacing w:after="0" w:line="240" w:lineRule="auto"/>
      </w:pPr>
      <w:r>
        <w:separator/>
      </w:r>
    </w:p>
  </w:footnote>
  <w:footnote w:type="continuationSeparator" w:id="0">
    <w:p w14:paraId="0E6379CF" w14:textId="77777777" w:rsidR="000A35F7" w:rsidRDefault="000A35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arakstanumur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arakstanumur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arakstaaizzm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arakstaaizzm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arakstanumur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arakstaaizzm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B46093A"/>
    <w:multiLevelType w:val="hybridMultilevel"/>
    <w:tmpl w:val="D982F35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1385362">
    <w:abstractNumId w:val="8"/>
  </w:num>
  <w:num w:numId="2" w16cid:durableId="356202949">
    <w:abstractNumId w:val="6"/>
  </w:num>
  <w:num w:numId="3" w16cid:durableId="1185482257">
    <w:abstractNumId w:val="5"/>
  </w:num>
  <w:num w:numId="4" w16cid:durableId="1489789986">
    <w:abstractNumId w:val="4"/>
  </w:num>
  <w:num w:numId="5" w16cid:durableId="1361861780">
    <w:abstractNumId w:val="7"/>
  </w:num>
  <w:num w:numId="6" w16cid:durableId="1701972990">
    <w:abstractNumId w:val="3"/>
  </w:num>
  <w:num w:numId="7" w16cid:durableId="1935942347">
    <w:abstractNumId w:val="2"/>
  </w:num>
  <w:num w:numId="8" w16cid:durableId="1625770541">
    <w:abstractNumId w:val="1"/>
  </w:num>
  <w:num w:numId="9" w16cid:durableId="1403142951">
    <w:abstractNumId w:val="0"/>
  </w:num>
  <w:num w:numId="10" w16cid:durableId="6159897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35F7"/>
    <w:rsid w:val="0015074B"/>
    <w:rsid w:val="00172E8F"/>
    <w:rsid w:val="00174D75"/>
    <w:rsid w:val="0029639D"/>
    <w:rsid w:val="00326F90"/>
    <w:rsid w:val="003565A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E9EB08"/>
  <w14:defaultImageDpi w14:val="300"/>
  <w15:docId w15:val="{D4D9DDB8-A974-46A5-826F-F3F3E01E0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FC693F"/>
    <w:rPr>
      <w:rFonts w:ascii="Aptos" w:hAnsi="Aptos"/>
      <w:sz w:val="19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Virsraksts2">
    <w:name w:val="heading 2"/>
    <w:basedOn w:val="Parasts"/>
    <w:next w:val="Parasts"/>
    <w:link w:val="Virsraksts2Rakstz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Virsraksts3">
    <w:name w:val="heading 3"/>
    <w:basedOn w:val="Parasts"/>
    <w:next w:val="Parasts"/>
    <w:link w:val="Virsraksts3Rakstz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E618BF"/>
  </w:style>
  <w:style w:type="paragraph" w:styleId="Kjene">
    <w:name w:val="footer"/>
    <w:basedOn w:val="Parasts"/>
    <w:link w:val="KjeneRakstz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E618BF"/>
  </w:style>
  <w:style w:type="paragraph" w:styleId="Bezatstarpm">
    <w:name w:val="No Spacing"/>
    <w:uiPriority w:val="1"/>
    <w:qFormat/>
    <w:rsid w:val="00FC693F"/>
    <w:pPr>
      <w:spacing w:after="0" w:line="240" w:lineRule="auto"/>
    </w:pPr>
  </w:style>
  <w:style w:type="character" w:customStyle="1" w:styleId="Virsraksts1Rakstz">
    <w:name w:val="Virsraksts 1 Rakstz."/>
    <w:basedOn w:val="Noklusjumarindkopasfonts"/>
    <w:link w:val="Virsrakst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Virsraksts3Rakstz">
    <w:name w:val="Virsraksts 3 Rakstz."/>
    <w:basedOn w:val="Noklusjumarindkopasfonts"/>
    <w:link w:val="Virsrakst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arakstarindkopa">
    <w:name w:val="List Paragraph"/>
    <w:basedOn w:val="Parasts"/>
    <w:uiPriority w:val="34"/>
    <w:qFormat/>
    <w:rsid w:val="00FC693F"/>
    <w:pPr>
      <w:ind w:left="720"/>
      <w:contextualSpacing/>
    </w:pPr>
  </w:style>
  <w:style w:type="paragraph" w:styleId="Pamatteksts">
    <w:name w:val="Body Text"/>
    <w:basedOn w:val="Parasts"/>
    <w:link w:val="PamattekstsRakstz"/>
    <w:uiPriority w:val="99"/>
    <w:unhideWhenUsed/>
    <w:rsid w:val="00AA1D8D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uiPriority w:val="99"/>
    <w:rsid w:val="00AA1D8D"/>
  </w:style>
  <w:style w:type="paragraph" w:styleId="Pamatteksts2">
    <w:name w:val="Body Text 2"/>
    <w:basedOn w:val="Parasts"/>
    <w:link w:val="Pamatteksts2Rakstz"/>
    <w:uiPriority w:val="99"/>
    <w:unhideWhenUsed/>
    <w:rsid w:val="00AA1D8D"/>
    <w:pPr>
      <w:spacing w:after="120" w:line="480" w:lineRule="auto"/>
    </w:pPr>
  </w:style>
  <w:style w:type="character" w:customStyle="1" w:styleId="Pamatteksts2Rakstz">
    <w:name w:val="Pamatteksts 2 Rakstz."/>
    <w:basedOn w:val="Noklusjumarindkopasfonts"/>
    <w:link w:val="Pamatteksts2"/>
    <w:uiPriority w:val="99"/>
    <w:rsid w:val="00AA1D8D"/>
  </w:style>
  <w:style w:type="paragraph" w:styleId="Pamatteksts3">
    <w:name w:val="Body Text 3"/>
    <w:basedOn w:val="Parasts"/>
    <w:link w:val="Pamatteksts3Rakstz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matteksts3Rakstz">
    <w:name w:val="Pamatteksts 3 Rakstz."/>
    <w:basedOn w:val="Noklusjumarindkopasfonts"/>
    <w:link w:val="Pamatteksts3"/>
    <w:uiPriority w:val="99"/>
    <w:rsid w:val="00AA1D8D"/>
    <w:rPr>
      <w:sz w:val="16"/>
      <w:szCs w:val="16"/>
    </w:rPr>
  </w:style>
  <w:style w:type="paragraph" w:styleId="Saraksts">
    <w:name w:val="List"/>
    <w:basedOn w:val="Parasts"/>
    <w:uiPriority w:val="99"/>
    <w:unhideWhenUsed/>
    <w:rsid w:val="00AA1D8D"/>
    <w:pPr>
      <w:ind w:left="360" w:hanging="360"/>
      <w:contextualSpacing/>
    </w:pPr>
  </w:style>
  <w:style w:type="paragraph" w:styleId="Saraksts2">
    <w:name w:val="List 2"/>
    <w:basedOn w:val="Parasts"/>
    <w:uiPriority w:val="99"/>
    <w:unhideWhenUsed/>
    <w:rsid w:val="00326F90"/>
    <w:pPr>
      <w:ind w:left="720" w:hanging="360"/>
      <w:contextualSpacing/>
    </w:pPr>
  </w:style>
  <w:style w:type="paragraph" w:styleId="Saraksts3">
    <w:name w:val="List 3"/>
    <w:basedOn w:val="Parasts"/>
    <w:uiPriority w:val="99"/>
    <w:unhideWhenUsed/>
    <w:rsid w:val="00326F90"/>
    <w:pPr>
      <w:ind w:left="1080" w:hanging="360"/>
      <w:contextualSpacing/>
    </w:pPr>
  </w:style>
  <w:style w:type="paragraph" w:styleId="Sarakstaaizzme">
    <w:name w:val="List Bullet"/>
    <w:basedOn w:val="Parasts"/>
    <w:uiPriority w:val="99"/>
    <w:unhideWhenUsed/>
    <w:rsid w:val="00326F90"/>
    <w:pPr>
      <w:numPr>
        <w:numId w:val="1"/>
      </w:numPr>
      <w:contextualSpacing/>
    </w:pPr>
  </w:style>
  <w:style w:type="paragraph" w:styleId="Sarakstaaizzme2">
    <w:name w:val="List Bullet 2"/>
    <w:basedOn w:val="Parasts"/>
    <w:uiPriority w:val="99"/>
    <w:unhideWhenUsed/>
    <w:rsid w:val="00326F90"/>
    <w:pPr>
      <w:numPr>
        <w:numId w:val="2"/>
      </w:numPr>
      <w:contextualSpacing/>
    </w:pPr>
  </w:style>
  <w:style w:type="paragraph" w:styleId="Sarakstaaizzme3">
    <w:name w:val="List Bullet 3"/>
    <w:basedOn w:val="Parasts"/>
    <w:uiPriority w:val="99"/>
    <w:unhideWhenUsed/>
    <w:rsid w:val="00326F90"/>
    <w:pPr>
      <w:numPr>
        <w:numId w:val="3"/>
      </w:numPr>
      <w:contextualSpacing/>
    </w:pPr>
  </w:style>
  <w:style w:type="paragraph" w:styleId="Sarakstanumurs">
    <w:name w:val="List Number"/>
    <w:basedOn w:val="Parasts"/>
    <w:uiPriority w:val="99"/>
    <w:unhideWhenUsed/>
    <w:rsid w:val="00326F90"/>
    <w:pPr>
      <w:numPr>
        <w:numId w:val="5"/>
      </w:numPr>
      <w:contextualSpacing/>
    </w:pPr>
  </w:style>
  <w:style w:type="paragraph" w:styleId="Sarakstanumurs2">
    <w:name w:val="List Number 2"/>
    <w:basedOn w:val="Parasts"/>
    <w:uiPriority w:val="99"/>
    <w:unhideWhenUsed/>
    <w:rsid w:val="0029639D"/>
    <w:pPr>
      <w:numPr>
        <w:numId w:val="6"/>
      </w:numPr>
      <w:contextualSpacing/>
    </w:pPr>
  </w:style>
  <w:style w:type="paragraph" w:styleId="Sarakstanumurs3">
    <w:name w:val="List Number 3"/>
    <w:basedOn w:val="Parasts"/>
    <w:uiPriority w:val="99"/>
    <w:unhideWhenUsed/>
    <w:rsid w:val="0029639D"/>
    <w:pPr>
      <w:numPr>
        <w:numId w:val="7"/>
      </w:numPr>
      <w:contextualSpacing/>
    </w:pPr>
  </w:style>
  <w:style w:type="paragraph" w:styleId="Sarakstaturpinjums">
    <w:name w:val="List Continue"/>
    <w:basedOn w:val="Parasts"/>
    <w:uiPriority w:val="99"/>
    <w:unhideWhenUsed/>
    <w:rsid w:val="0029639D"/>
    <w:pPr>
      <w:spacing w:after="120"/>
      <w:ind w:left="360"/>
      <w:contextualSpacing/>
    </w:pPr>
  </w:style>
  <w:style w:type="paragraph" w:styleId="Sarakstaturpinjums2">
    <w:name w:val="List Continue 2"/>
    <w:basedOn w:val="Parasts"/>
    <w:uiPriority w:val="99"/>
    <w:unhideWhenUsed/>
    <w:rsid w:val="0029639D"/>
    <w:pPr>
      <w:spacing w:after="120"/>
      <w:ind w:left="720"/>
      <w:contextualSpacing/>
    </w:pPr>
  </w:style>
  <w:style w:type="paragraph" w:styleId="Sarakstaturpinjums3">
    <w:name w:val="List Continue 3"/>
    <w:basedOn w:val="Parasts"/>
    <w:uiPriority w:val="99"/>
    <w:unhideWhenUsed/>
    <w:rsid w:val="0029639D"/>
    <w:pPr>
      <w:spacing w:after="120"/>
      <w:ind w:left="1080"/>
      <w:contextualSpacing/>
    </w:pPr>
  </w:style>
  <w:style w:type="paragraph" w:styleId="Makroteksts">
    <w:name w:val="macro"/>
    <w:link w:val="MakrotekstsRakstz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sRakstz">
    <w:name w:val="Makro teksts Rakstz."/>
    <w:basedOn w:val="Noklusjumarindkopasfonts"/>
    <w:link w:val="Makroteksts"/>
    <w:uiPriority w:val="99"/>
    <w:rsid w:val="0029639D"/>
    <w:rPr>
      <w:rFonts w:ascii="Courier" w:hAnsi="Courier"/>
      <w:sz w:val="20"/>
      <w:szCs w:val="20"/>
    </w:rPr>
  </w:style>
  <w:style w:type="paragraph" w:styleId="Citts">
    <w:name w:val="Quote"/>
    <w:basedOn w:val="Parasts"/>
    <w:next w:val="Parasts"/>
    <w:link w:val="CittsRakstz"/>
    <w:uiPriority w:val="29"/>
    <w:qFormat/>
    <w:rsid w:val="00FC693F"/>
    <w:rPr>
      <w:i/>
      <w:iCs/>
      <w:color w:val="000000" w:themeColor="text1"/>
    </w:rPr>
  </w:style>
  <w:style w:type="character" w:customStyle="1" w:styleId="CittsRakstz">
    <w:name w:val="Citāts Rakstz."/>
    <w:basedOn w:val="Noklusjumarindkopasfonts"/>
    <w:link w:val="Citts"/>
    <w:uiPriority w:val="29"/>
    <w:rsid w:val="00FC693F"/>
    <w:rPr>
      <w:i/>
      <w:iCs/>
      <w:color w:val="000000" w:themeColor="text1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arakstszemobjekta">
    <w:name w:val="caption"/>
    <w:basedOn w:val="Parasts"/>
    <w:next w:val="Parast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Izteiksmgs">
    <w:name w:val="Strong"/>
    <w:basedOn w:val="Noklusjumarindkopasfonts"/>
    <w:uiPriority w:val="22"/>
    <w:qFormat/>
    <w:rsid w:val="00FC693F"/>
    <w:rPr>
      <w:b/>
      <w:bCs/>
    </w:rPr>
  </w:style>
  <w:style w:type="character" w:styleId="Izclums">
    <w:name w:val="Emphasis"/>
    <w:basedOn w:val="Noklusjumarindkopasfonts"/>
    <w:uiPriority w:val="20"/>
    <w:qFormat/>
    <w:rsid w:val="00FC693F"/>
    <w:rPr>
      <w:i/>
      <w:iCs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FC693F"/>
    <w:rPr>
      <w:b/>
      <w:bCs/>
      <w:i/>
      <w:iCs/>
      <w:color w:val="4F81BD" w:themeColor="accent1"/>
    </w:rPr>
  </w:style>
  <w:style w:type="character" w:styleId="Izsmalcintsizclums">
    <w:name w:val="Subtle Emphasis"/>
    <w:basedOn w:val="Noklusjumarindkopasfonts"/>
    <w:uiPriority w:val="19"/>
    <w:qFormat/>
    <w:rsid w:val="00FC693F"/>
    <w:rPr>
      <w:i/>
      <w:iCs/>
      <w:color w:val="808080" w:themeColor="text1" w:themeTint="7F"/>
    </w:rPr>
  </w:style>
  <w:style w:type="character" w:styleId="Intensvsizclums">
    <w:name w:val="Intense Emphasis"/>
    <w:basedOn w:val="Noklusjumarindkopasfonts"/>
    <w:uiPriority w:val="21"/>
    <w:qFormat/>
    <w:rsid w:val="00FC693F"/>
    <w:rPr>
      <w:b/>
      <w:bCs/>
      <w:i/>
      <w:iCs/>
      <w:color w:val="4F81BD" w:themeColor="accent1"/>
    </w:rPr>
  </w:style>
  <w:style w:type="character" w:styleId="Izsmalcintaatsauce">
    <w:name w:val="Subtle Reference"/>
    <w:basedOn w:val="Noklusjumarindkopasfonts"/>
    <w:uiPriority w:val="31"/>
    <w:qFormat/>
    <w:rsid w:val="00FC693F"/>
    <w:rPr>
      <w:smallCaps/>
      <w:color w:val="C0504D" w:themeColor="accent2"/>
      <w:u w:val="single"/>
    </w:rPr>
  </w:style>
  <w:style w:type="character" w:styleId="Intensvaatsauce">
    <w:name w:val="Intense Reference"/>
    <w:basedOn w:val="Noklusjumarindkopasfont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Grmatasnosaukums">
    <w:name w:val="Book Title"/>
    <w:basedOn w:val="Noklusjumarindkopasfonts"/>
    <w:uiPriority w:val="33"/>
    <w:qFormat/>
    <w:rsid w:val="00FC693F"/>
    <w:rPr>
      <w:b/>
      <w:bCs/>
      <w:smallCaps/>
      <w:spacing w:val="5"/>
    </w:rPr>
  </w:style>
  <w:style w:type="paragraph" w:styleId="Saturardtjavirsraksts">
    <w:name w:val="TOC Heading"/>
    <w:basedOn w:val="Virsraksts1"/>
    <w:next w:val="Parasts"/>
    <w:uiPriority w:val="39"/>
    <w:semiHidden/>
    <w:unhideWhenUsed/>
    <w:qFormat/>
    <w:rsid w:val="00FC693F"/>
    <w:pPr>
      <w:outlineLvl w:val="9"/>
    </w:pPr>
  </w:style>
  <w:style w:type="table" w:styleId="Reatabula">
    <w:name w:val="Table Grid"/>
    <w:basedOn w:val="Parastatabu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aisnojums">
    <w:name w:val="Light Shading"/>
    <w:basedOn w:val="Parastatabu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Gaisnojumsizclums1">
    <w:name w:val="Light Shading Accent 1"/>
    <w:basedOn w:val="Parastatabu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Gaisnojumsizclums2">
    <w:name w:val="Light Shading Accent 2"/>
    <w:basedOn w:val="Parastatabu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Gaisnojumsizclums3">
    <w:name w:val="Light Shading Accent 3"/>
    <w:basedOn w:val="Parastatabu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Gaisnojumsizclums4">
    <w:name w:val="Light Shading Accent 4"/>
    <w:basedOn w:val="Parastatabu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Gaisnojumsizclums5">
    <w:name w:val="Light Shading Accent 5"/>
    <w:basedOn w:val="Parastatabu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Gaisnojumsizclums6">
    <w:name w:val="Light Shading Accent 6"/>
    <w:basedOn w:val="Parastatabu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Gaissaraksts">
    <w:name w:val="Light List"/>
    <w:basedOn w:val="Parastatabu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Gaissarakstsizclums1">
    <w:name w:val="Light List Accent 1"/>
    <w:basedOn w:val="Parastatabu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Gaissarakstsizclums2">
    <w:name w:val="Light List Accent 2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Gaissarakstsizclums3">
    <w:name w:val="Light List Accent 3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Gaissarakstsizclums4">
    <w:name w:val="Light List Accent 4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Gaissarakstsizclums5">
    <w:name w:val="Light List Accent 5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Gaissarakstsizclums6">
    <w:name w:val="Light List Accent 6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aisreis">
    <w:name w:val="Light Grid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aisreisizclums1">
    <w:name w:val="Light Grid Accent 1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aisreisizclums2">
    <w:name w:val="Light Grid Accent 2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aisreisizclums3">
    <w:name w:val="Light Grid Accent 3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aisreisizclums4">
    <w:name w:val="Light Grid Accent 4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aisreisizclums5">
    <w:name w:val="Light Grid Accent 5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aisreisizclums6">
    <w:name w:val="Light Grid Accent 6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Vidjsnojums1">
    <w:name w:val="Medium Shading 1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1">
    <w:name w:val="Medium Shading 1 Accent 1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2">
    <w:name w:val="Medium Shading 1 Accent 2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3">
    <w:name w:val="Medium Shading 1 Accent 3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4">
    <w:name w:val="Medium Shading 1 Accent 4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5">
    <w:name w:val="Medium Shading 1 Accent 5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6">
    <w:name w:val="Medium Shading 1 Accent 6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2">
    <w:name w:val="Medium Shading 2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1">
    <w:name w:val="Medium Shading 2 Accent 1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2">
    <w:name w:val="Medium Shading 2 Accent 2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3">
    <w:name w:val="Medium Shading 2 Accent 3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4">
    <w:name w:val="Medium Shading 2 Accent 4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5">
    <w:name w:val="Medium Shading 2 Accent 5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6">
    <w:name w:val="Medium Shading 2 Accent 6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saraksts1">
    <w:name w:val="Medium List 1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Vidjssaraksts1izclums1">
    <w:name w:val="Medium List 1 Accent 1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Vidjssaraksts1izclums2">
    <w:name w:val="Medium List 1 Accent 2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Vidjssaraksts1izclums3">
    <w:name w:val="Medium List 1 Accent 3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Vidjssaraksts1izclums4">
    <w:name w:val="Medium List 1 Accent 4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Vidjssaraksts1izclums5">
    <w:name w:val="Medium List 1 Accent 5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Vidjssaraksts1izclums6">
    <w:name w:val="Medium List 1 Accent 6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Vidjssaraksts2">
    <w:name w:val="Medium List 2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1">
    <w:name w:val="Medium List 2 Accent 1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2">
    <w:name w:val="Medium List 2 Accent 2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3">
    <w:name w:val="Medium List 2 Accent 3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4">
    <w:name w:val="Medium List 2 Accent 4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5">
    <w:name w:val="Medium List 2 Accent 5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6">
    <w:name w:val="Medium List 2 Accent 6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reis1">
    <w:name w:val="Medium Grid 1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idjsreis1izclums1">
    <w:name w:val="Medium Grid 1 Accent 1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Vidjsreis1izclums2">
    <w:name w:val="Medium Grid 1 Accent 2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Vidjsreis1izclums3">
    <w:name w:val="Medium Grid 1 Accent 3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idjsreis1izclums4">
    <w:name w:val="Medium Grid 1 Accent 4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Vidjsreis1izclums5">
    <w:name w:val="Medium Grid 1 Accent 5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Vidjsreis1izclums6">
    <w:name w:val="Medium Grid 1 Accent 6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Vidjsreis2">
    <w:name w:val="Medium Grid 2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1">
    <w:name w:val="Medium Grid 2 Accent 1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2">
    <w:name w:val="Medium Grid 2 Accent 2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3">
    <w:name w:val="Medium Grid 2 Accent 3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4">
    <w:name w:val="Medium Grid 2 Accent 4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5">
    <w:name w:val="Medium Grid 2 Accent 5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6">
    <w:name w:val="Medium Grid 2 Accent 6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3">
    <w:name w:val="Medium Grid 3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Vidjsreis3izclums1">
    <w:name w:val="Medium Grid 3 Accent 1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Vidjsreis3izclums2">
    <w:name w:val="Medium Grid 3 Accent 2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Vidjsreis3izclums3">
    <w:name w:val="Medium Grid 3 Accent 3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Vidjsreis3izclums4">
    <w:name w:val="Medium Grid 3 Accent 4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Vidjsreis3izclums5">
    <w:name w:val="Medium Grid 3 Accent 5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Vidjsreis3izclums6">
    <w:name w:val="Medium Grid 3 Accent 6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umssaraksts">
    <w:name w:val="Dark List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ssarakstsizclums1">
    <w:name w:val="Dark List Accent 1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umssarakstsizclums2">
    <w:name w:val="Dark List Accent 2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umssarakstsizclums3">
    <w:name w:val="Dark List Accent 3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umssarakstsizclums4">
    <w:name w:val="Dark List Accent 4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umssarakstsizclums5">
    <w:name w:val="Dark List Accent 5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umssarakstsizclums6">
    <w:name w:val="Dark List Accent 6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rsainsnojums">
    <w:name w:val="Colorful Shading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1">
    <w:name w:val="Colorful Shading Accent 1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2">
    <w:name w:val="Colorful Shading Accent 2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3">
    <w:name w:val="Colorful Shading Accent 3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rsainsnojumsizclums4">
    <w:name w:val="Colorful Shading Accent 4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5">
    <w:name w:val="Colorful Shading Accent 5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6">
    <w:name w:val="Colorful Shading Accent 6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saraksts">
    <w:name w:val="Colorful List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rsainssarakstsizclums1">
    <w:name w:val="Colorful List Accent 1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rsainssarakstsizclums2">
    <w:name w:val="Colorful List Accent 2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rsainssarakstsizclums3">
    <w:name w:val="Colorful List Accent 3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rsainssarakstsizclums4">
    <w:name w:val="Colorful List Accent 4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rsainssarakstsizclums5">
    <w:name w:val="Colorful List Accent 5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rsainssarakstsizclums6">
    <w:name w:val="Colorful List Accent 6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rsainsreis">
    <w:name w:val="Colorful Grid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rsainsreisizclums1">
    <w:name w:val="Colorful Grid Accent 1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rsainsreisizclums2">
    <w:name w:val="Colorful Grid Accent 2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rsainsreisizclums3">
    <w:name w:val="Colorful Grid Accent 3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rsainsreisizclums4">
    <w:name w:val="Colorful Grid Accent 4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rsainsreisizclums5">
    <w:name w:val="Colorful Grid Accent 5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rsainsreisizclums6">
    <w:name w:val="Colorful Grid Accent 6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1440</Words>
  <Characters>821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Elīna Rudeviča</cp:lastModifiedBy>
  <cp:revision>2</cp:revision>
  <dcterms:created xsi:type="dcterms:W3CDTF">2026-11-01T19:02:00Z</dcterms:created>
  <dcterms:modified xsi:type="dcterms:W3CDTF">2026-11-01T19:02:00Z</dcterms:modified>
  <cp:category/>
</cp:coreProperties>
</file>